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62DCBD" w14:textId="6A49FF1C" w:rsidR="00F96A07" w:rsidRDefault="005C0292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1B9E0406" wp14:editId="44EC92C0">
            <wp:simplePos x="0" y="0"/>
            <wp:positionH relativeFrom="column">
              <wp:posOffset>1990725</wp:posOffset>
            </wp:positionH>
            <wp:positionV relativeFrom="paragraph">
              <wp:posOffset>-57150</wp:posOffset>
            </wp:positionV>
            <wp:extent cx="2609850" cy="1156335"/>
            <wp:effectExtent l="0" t="0" r="0" b="5715"/>
            <wp:wrapSquare wrapText="bothSides"/>
            <wp:docPr id="1110051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1156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DFA2A6" w14:textId="381A76BD" w:rsidR="005C0292" w:rsidRDefault="005C0292">
      <w:pPr>
        <w:pStyle w:val="Title"/>
        <w:jc w:val="center"/>
      </w:pPr>
    </w:p>
    <w:p w14:paraId="333B0A2F" w14:textId="77777777" w:rsidR="005C0292" w:rsidRDefault="005C0292">
      <w:pPr>
        <w:pStyle w:val="Title"/>
        <w:jc w:val="center"/>
      </w:pPr>
    </w:p>
    <w:p w14:paraId="2AE341E9" w14:textId="77777777" w:rsidR="005C0292" w:rsidRDefault="005C0292">
      <w:pPr>
        <w:pStyle w:val="Title"/>
        <w:jc w:val="center"/>
      </w:pPr>
    </w:p>
    <w:p w14:paraId="022E040E" w14:textId="77777777" w:rsidR="005C0292" w:rsidRDefault="005C0292">
      <w:pPr>
        <w:pStyle w:val="Title"/>
        <w:jc w:val="center"/>
      </w:pPr>
    </w:p>
    <w:p w14:paraId="15BB113C" w14:textId="42A4BC01" w:rsidR="00F96A07" w:rsidRDefault="005C0292">
      <w:pPr>
        <w:pStyle w:val="Title"/>
        <w:jc w:val="center"/>
      </w:pPr>
      <w:r>
        <w:t>Southend &amp; Westcliff Hebrew Congregation</w:t>
      </w:r>
      <w:r>
        <w:br/>
        <w:t>RABBINIC / MINISTERIAL APPLICATION FORM</w:t>
      </w:r>
    </w:p>
    <w:p w14:paraId="4490E4B7" w14:textId="77777777" w:rsidR="00F96A07" w:rsidRDefault="00000000">
      <w:pPr>
        <w:jc w:val="center"/>
      </w:pPr>
      <w:r>
        <w:rPr>
          <w:b/>
        </w:rPr>
        <w:t>Please complete this form in BLOCK CAPITALS. An attached CV may also be provided.</w:t>
      </w:r>
    </w:p>
    <w:p w14:paraId="05A329FC" w14:textId="77777777" w:rsidR="00F96A07" w:rsidRDefault="00000000">
      <w:pPr>
        <w:jc w:val="center"/>
      </w:pPr>
      <w:r>
        <w:rPr>
          <w:i/>
        </w:rPr>
        <w:t>This is a single application form and should be completed in full.</w:t>
      </w:r>
    </w:p>
    <w:tbl>
      <w:tblPr>
        <w:tblW w:w="0" w:type="auto"/>
        <w:jc w:val="center"/>
        <w:tblBorders>
          <w:top w:val="single" w:sz="6" w:space="0" w:color="777777"/>
          <w:left w:val="single" w:sz="6" w:space="0" w:color="777777"/>
          <w:bottom w:val="single" w:sz="6" w:space="0" w:color="777777"/>
          <w:right w:val="single" w:sz="6" w:space="0" w:color="777777"/>
          <w:insideH w:val="single" w:sz="6" w:space="0" w:color="777777"/>
          <w:insideV w:val="single" w:sz="6" w:space="0" w:color="777777"/>
        </w:tblBorders>
        <w:tblLook w:val="04A0" w:firstRow="1" w:lastRow="0" w:firstColumn="1" w:lastColumn="0" w:noHBand="0" w:noVBand="1"/>
      </w:tblPr>
      <w:tblGrid>
        <w:gridCol w:w="2880"/>
        <w:gridCol w:w="7344"/>
      </w:tblGrid>
      <w:tr w:rsidR="00F96A07" w14:paraId="19D04995" w14:textId="77777777">
        <w:trPr>
          <w:jc w:val="center"/>
        </w:trPr>
        <w:tc>
          <w:tcPr>
            <w:tcW w:w="2880" w:type="dxa"/>
            <w:vAlign w:val="center"/>
          </w:tcPr>
          <w:p w14:paraId="5F8E526E" w14:textId="77777777" w:rsidR="00F96A07" w:rsidRDefault="00000000">
            <w:pPr>
              <w:spacing w:after="0"/>
            </w:pPr>
            <w:r>
              <w:rPr>
                <w:sz w:val="17"/>
              </w:rPr>
              <w:t>Application for post of:</w:t>
            </w:r>
          </w:p>
        </w:tc>
        <w:tc>
          <w:tcPr>
            <w:tcW w:w="7344" w:type="dxa"/>
            <w:vAlign w:val="center"/>
          </w:tcPr>
          <w:p w14:paraId="71FD3467" w14:textId="472E5837" w:rsidR="00F96A07" w:rsidRDefault="00F96A07">
            <w:pPr>
              <w:spacing w:after="0"/>
            </w:pPr>
          </w:p>
        </w:tc>
      </w:tr>
      <w:tr w:rsidR="00F96A07" w14:paraId="2CF4846D" w14:textId="77777777">
        <w:trPr>
          <w:jc w:val="center"/>
        </w:trPr>
        <w:tc>
          <w:tcPr>
            <w:tcW w:w="2880" w:type="dxa"/>
            <w:vAlign w:val="center"/>
          </w:tcPr>
          <w:p w14:paraId="66A39DD6" w14:textId="77777777" w:rsidR="00F96A07" w:rsidRDefault="00000000">
            <w:pPr>
              <w:spacing w:after="0"/>
            </w:pPr>
            <w:r>
              <w:rPr>
                <w:sz w:val="17"/>
              </w:rPr>
              <w:t>Location of post:</w:t>
            </w:r>
          </w:p>
        </w:tc>
        <w:tc>
          <w:tcPr>
            <w:tcW w:w="7344" w:type="dxa"/>
            <w:vAlign w:val="center"/>
          </w:tcPr>
          <w:p w14:paraId="2DEB0A3D" w14:textId="57FB15F6" w:rsidR="00F96A07" w:rsidRDefault="00F96A07">
            <w:pPr>
              <w:spacing w:after="0"/>
            </w:pPr>
          </w:p>
        </w:tc>
      </w:tr>
      <w:tr w:rsidR="00F96A07" w14:paraId="764110FB" w14:textId="77777777">
        <w:trPr>
          <w:jc w:val="center"/>
        </w:trPr>
        <w:tc>
          <w:tcPr>
            <w:tcW w:w="2880" w:type="dxa"/>
            <w:vAlign w:val="center"/>
          </w:tcPr>
          <w:p w14:paraId="3B892144" w14:textId="77777777" w:rsidR="00F96A07" w:rsidRDefault="00000000">
            <w:pPr>
              <w:spacing w:after="0"/>
            </w:pPr>
            <w:r>
              <w:rPr>
                <w:sz w:val="17"/>
              </w:rPr>
              <w:t>Candidate name:</w:t>
            </w:r>
          </w:p>
        </w:tc>
        <w:tc>
          <w:tcPr>
            <w:tcW w:w="7344" w:type="dxa"/>
            <w:vAlign w:val="center"/>
          </w:tcPr>
          <w:p w14:paraId="16CDF51D" w14:textId="5686725B" w:rsidR="00F96A07" w:rsidRDefault="00F96A07">
            <w:pPr>
              <w:spacing w:after="0"/>
            </w:pPr>
          </w:p>
        </w:tc>
      </w:tr>
      <w:tr w:rsidR="00F96A07" w14:paraId="03E54F48" w14:textId="77777777">
        <w:trPr>
          <w:jc w:val="center"/>
        </w:trPr>
        <w:tc>
          <w:tcPr>
            <w:tcW w:w="2880" w:type="dxa"/>
            <w:vAlign w:val="center"/>
          </w:tcPr>
          <w:p w14:paraId="393556E8" w14:textId="77777777" w:rsidR="00F96A07" w:rsidRDefault="00000000">
            <w:pPr>
              <w:spacing w:after="0"/>
            </w:pPr>
            <w:r>
              <w:rPr>
                <w:sz w:val="17"/>
              </w:rPr>
              <w:t>Date:</w:t>
            </w:r>
          </w:p>
        </w:tc>
        <w:tc>
          <w:tcPr>
            <w:tcW w:w="7344" w:type="dxa"/>
            <w:vAlign w:val="center"/>
          </w:tcPr>
          <w:p w14:paraId="4E53E782" w14:textId="7EDDEDCA" w:rsidR="00F96A07" w:rsidRDefault="00F96A07">
            <w:pPr>
              <w:spacing w:after="0"/>
            </w:pPr>
          </w:p>
        </w:tc>
      </w:tr>
    </w:tbl>
    <w:p w14:paraId="0F1F2399" w14:textId="77777777" w:rsidR="00F96A07" w:rsidRDefault="00000000">
      <w:pPr>
        <w:pStyle w:val="Heading1"/>
        <w:spacing w:before="160" w:after="80"/>
      </w:pPr>
      <w:r>
        <w:t>1. PERSONAL DETAILS</w:t>
      </w:r>
    </w:p>
    <w:tbl>
      <w:tblPr>
        <w:tblW w:w="0" w:type="auto"/>
        <w:jc w:val="center"/>
        <w:tblBorders>
          <w:top w:val="single" w:sz="6" w:space="0" w:color="777777"/>
          <w:left w:val="single" w:sz="6" w:space="0" w:color="777777"/>
          <w:bottom w:val="single" w:sz="6" w:space="0" w:color="777777"/>
          <w:right w:val="single" w:sz="6" w:space="0" w:color="777777"/>
          <w:insideH w:val="single" w:sz="6" w:space="0" w:color="777777"/>
          <w:insideV w:val="single" w:sz="6" w:space="0" w:color="777777"/>
        </w:tblBorders>
        <w:tblLook w:val="04A0" w:firstRow="1" w:lastRow="0" w:firstColumn="1" w:lastColumn="0" w:noHBand="0" w:noVBand="1"/>
      </w:tblPr>
      <w:tblGrid>
        <w:gridCol w:w="2880"/>
        <w:gridCol w:w="2232"/>
        <w:gridCol w:w="2448"/>
        <w:gridCol w:w="2664"/>
      </w:tblGrid>
      <w:tr w:rsidR="00F96A07" w14:paraId="3F8D7956" w14:textId="77777777">
        <w:trPr>
          <w:jc w:val="center"/>
        </w:trPr>
        <w:tc>
          <w:tcPr>
            <w:tcW w:w="2880" w:type="dxa"/>
            <w:vAlign w:val="center"/>
          </w:tcPr>
          <w:p w14:paraId="38A55F07" w14:textId="77777777" w:rsidR="00F96A07" w:rsidRDefault="00000000">
            <w:pPr>
              <w:spacing w:after="0"/>
            </w:pPr>
            <w:r>
              <w:rPr>
                <w:sz w:val="17"/>
              </w:rPr>
              <w:t>Surname:</w:t>
            </w:r>
          </w:p>
        </w:tc>
        <w:tc>
          <w:tcPr>
            <w:tcW w:w="2232" w:type="dxa"/>
            <w:vAlign w:val="center"/>
          </w:tcPr>
          <w:p w14:paraId="3B3B5D18" w14:textId="77777777" w:rsidR="00F96A07" w:rsidRDefault="00F96A07">
            <w:pPr>
              <w:spacing w:after="0"/>
            </w:pPr>
          </w:p>
        </w:tc>
        <w:tc>
          <w:tcPr>
            <w:tcW w:w="2448" w:type="dxa"/>
            <w:vAlign w:val="center"/>
          </w:tcPr>
          <w:p w14:paraId="6F6F3B7B" w14:textId="77777777" w:rsidR="00F96A07" w:rsidRDefault="00000000">
            <w:pPr>
              <w:spacing w:after="0"/>
            </w:pPr>
            <w:r>
              <w:rPr>
                <w:sz w:val="17"/>
              </w:rPr>
              <w:t>Title:</w:t>
            </w:r>
          </w:p>
        </w:tc>
        <w:tc>
          <w:tcPr>
            <w:tcW w:w="2664" w:type="dxa"/>
            <w:vAlign w:val="center"/>
          </w:tcPr>
          <w:p w14:paraId="1949CEC1" w14:textId="77777777" w:rsidR="00F96A07" w:rsidRDefault="00F96A07">
            <w:pPr>
              <w:spacing w:after="0"/>
            </w:pPr>
          </w:p>
        </w:tc>
      </w:tr>
      <w:tr w:rsidR="00F96A07" w14:paraId="7D47C71E" w14:textId="77777777">
        <w:trPr>
          <w:jc w:val="center"/>
        </w:trPr>
        <w:tc>
          <w:tcPr>
            <w:tcW w:w="2880" w:type="dxa"/>
            <w:vAlign w:val="center"/>
          </w:tcPr>
          <w:p w14:paraId="3174AD10" w14:textId="77777777" w:rsidR="00F96A07" w:rsidRDefault="00000000">
            <w:pPr>
              <w:spacing w:after="0"/>
            </w:pPr>
            <w:r>
              <w:rPr>
                <w:sz w:val="17"/>
              </w:rPr>
              <w:t>Forenames (please state birth name and name known as):</w:t>
            </w:r>
          </w:p>
        </w:tc>
        <w:tc>
          <w:tcPr>
            <w:tcW w:w="2232" w:type="dxa"/>
            <w:vAlign w:val="center"/>
          </w:tcPr>
          <w:p w14:paraId="642009F7" w14:textId="77777777" w:rsidR="00F96A07" w:rsidRDefault="00F96A07">
            <w:pPr>
              <w:spacing w:after="0"/>
            </w:pPr>
          </w:p>
        </w:tc>
        <w:tc>
          <w:tcPr>
            <w:tcW w:w="2448" w:type="dxa"/>
            <w:vAlign w:val="center"/>
          </w:tcPr>
          <w:p w14:paraId="3C2B29B0" w14:textId="77777777" w:rsidR="00F96A07" w:rsidRDefault="00000000">
            <w:pPr>
              <w:spacing w:after="0"/>
            </w:pPr>
            <w:r>
              <w:rPr>
                <w:sz w:val="17"/>
              </w:rPr>
              <w:t>Preferred name:</w:t>
            </w:r>
          </w:p>
        </w:tc>
        <w:tc>
          <w:tcPr>
            <w:tcW w:w="2664" w:type="dxa"/>
            <w:vAlign w:val="center"/>
          </w:tcPr>
          <w:p w14:paraId="5EEB206C" w14:textId="77777777" w:rsidR="00F96A07" w:rsidRDefault="00F96A07">
            <w:pPr>
              <w:spacing w:after="0"/>
            </w:pPr>
          </w:p>
        </w:tc>
      </w:tr>
      <w:tr w:rsidR="00F96A07" w14:paraId="22428D48" w14:textId="77777777">
        <w:trPr>
          <w:jc w:val="center"/>
        </w:trPr>
        <w:tc>
          <w:tcPr>
            <w:tcW w:w="2880" w:type="dxa"/>
            <w:vAlign w:val="center"/>
          </w:tcPr>
          <w:p w14:paraId="45AEBBB7" w14:textId="77777777" w:rsidR="00F96A07" w:rsidRDefault="00000000">
            <w:pPr>
              <w:spacing w:after="0"/>
            </w:pPr>
            <w:r>
              <w:rPr>
                <w:sz w:val="17"/>
              </w:rPr>
              <w:t>Address including post code:</w:t>
            </w:r>
          </w:p>
        </w:tc>
        <w:tc>
          <w:tcPr>
            <w:tcW w:w="7344" w:type="dxa"/>
            <w:gridSpan w:val="3"/>
            <w:vAlign w:val="center"/>
          </w:tcPr>
          <w:p w14:paraId="5B643205" w14:textId="77777777" w:rsidR="00F96A07" w:rsidRDefault="00F96A07">
            <w:pPr>
              <w:spacing w:after="0"/>
            </w:pPr>
          </w:p>
          <w:p w14:paraId="2DDFE227" w14:textId="77777777" w:rsidR="00F96A07" w:rsidRDefault="00F96A07">
            <w:pPr>
              <w:spacing w:after="0"/>
            </w:pPr>
          </w:p>
          <w:p w14:paraId="00F3C112" w14:textId="77777777" w:rsidR="00F96A07" w:rsidRDefault="00F96A07">
            <w:pPr>
              <w:spacing w:after="0"/>
            </w:pPr>
          </w:p>
        </w:tc>
      </w:tr>
      <w:tr w:rsidR="00F96A07" w14:paraId="2DFD49F6" w14:textId="77777777">
        <w:trPr>
          <w:jc w:val="center"/>
        </w:trPr>
        <w:tc>
          <w:tcPr>
            <w:tcW w:w="2880" w:type="dxa"/>
            <w:vAlign w:val="center"/>
          </w:tcPr>
          <w:p w14:paraId="6E32D068" w14:textId="77777777" w:rsidR="00F96A07" w:rsidRDefault="00000000">
            <w:pPr>
              <w:spacing w:after="0"/>
            </w:pPr>
            <w:r>
              <w:rPr>
                <w:sz w:val="17"/>
              </w:rPr>
              <w:t>Home telephone:</w:t>
            </w:r>
          </w:p>
        </w:tc>
        <w:tc>
          <w:tcPr>
            <w:tcW w:w="2232" w:type="dxa"/>
            <w:vAlign w:val="center"/>
          </w:tcPr>
          <w:p w14:paraId="2E72158A" w14:textId="77777777" w:rsidR="00F96A07" w:rsidRDefault="00F96A07">
            <w:pPr>
              <w:spacing w:after="0"/>
            </w:pPr>
          </w:p>
        </w:tc>
        <w:tc>
          <w:tcPr>
            <w:tcW w:w="2448" w:type="dxa"/>
            <w:vAlign w:val="center"/>
          </w:tcPr>
          <w:p w14:paraId="69B112A4" w14:textId="77777777" w:rsidR="00F96A07" w:rsidRDefault="00000000">
            <w:pPr>
              <w:spacing w:after="0"/>
            </w:pPr>
            <w:r>
              <w:rPr>
                <w:sz w:val="17"/>
              </w:rPr>
              <w:t>Mobile:</w:t>
            </w:r>
          </w:p>
        </w:tc>
        <w:tc>
          <w:tcPr>
            <w:tcW w:w="2664" w:type="dxa"/>
            <w:vAlign w:val="center"/>
          </w:tcPr>
          <w:p w14:paraId="492510AB" w14:textId="77777777" w:rsidR="00F96A07" w:rsidRDefault="00F96A07">
            <w:pPr>
              <w:spacing w:after="0"/>
            </w:pPr>
          </w:p>
        </w:tc>
      </w:tr>
      <w:tr w:rsidR="00F96A07" w14:paraId="2E5E15C0" w14:textId="77777777">
        <w:trPr>
          <w:jc w:val="center"/>
        </w:trPr>
        <w:tc>
          <w:tcPr>
            <w:tcW w:w="2880" w:type="dxa"/>
            <w:vAlign w:val="center"/>
          </w:tcPr>
          <w:p w14:paraId="690B3409" w14:textId="77777777" w:rsidR="00F96A07" w:rsidRDefault="00000000">
            <w:pPr>
              <w:spacing w:after="0"/>
            </w:pPr>
            <w:r>
              <w:rPr>
                <w:sz w:val="17"/>
              </w:rPr>
              <w:t>Work telephone:</w:t>
            </w:r>
          </w:p>
        </w:tc>
        <w:tc>
          <w:tcPr>
            <w:tcW w:w="2232" w:type="dxa"/>
            <w:vAlign w:val="center"/>
          </w:tcPr>
          <w:p w14:paraId="6DD83D05" w14:textId="77777777" w:rsidR="00F96A07" w:rsidRDefault="00F96A07">
            <w:pPr>
              <w:spacing w:after="0"/>
            </w:pPr>
          </w:p>
        </w:tc>
        <w:tc>
          <w:tcPr>
            <w:tcW w:w="2448" w:type="dxa"/>
            <w:vAlign w:val="center"/>
          </w:tcPr>
          <w:p w14:paraId="1BA9DD68" w14:textId="77777777" w:rsidR="00F96A07" w:rsidRDefault="00000000">
            <w:pPr>
              <w:spacing w:after="0"/>
            </w:pPr>
            <w:r>
              <w:rPr>
                <w:sz w:val="17"/>
              </w:rPr>
              <w:t>May we contact you at work?</w:t>
            </w:r>
          </w:p>
        </w:tc>
        <w:tc>
          <w:tcPr>
            <w:tcW w:w="2664" w:type="dxa"/>
            <w:vAlign w:val="center"/>
          </w:tcPr>
          <w:p w14:paraId="5E9FAA88" w14:textId="77777777" w:rsidR="00F96A07" w:rsidRDefault="00000000">
            <w:pPr>
              <w:spacing w:after="0"/>
            </w:pPr>
            <w:r>
              <w:rPr>
                <w:sz w:val="17"/>
              </w:rPr>
              <w:t>☐ Yes   ☐ No</w:t>
            </w:r>
          </w:p>
        </w:tc>
      </w:tr>
      <w:tr w:rsidR="00F96A07" w14:paraId="6ACB22BC" w14:textId="77777777">
        <w:trPr>
          <w:jc w:val="center"/>
        </w:trPr>
        <w:tc>
          <w:tcPr>
            <w:tcW w:w="2880" w:type="dxa"/>
            <w:vAlign w:val="center"/>
          </w:tcPr>
          <w:p w14:paraId="6A752144" w14:textId="77777777" w:rsidR="00F96A07" w:rsidRDefault="00000000">
            <w:pPr>
              <w:spacing w:after="0"/>
            </w:pPr>
            <w:r>
              <w:rPr>
                <w:sz w:val="17"/>
              </w:rPr>
              <w:t>Email address:</w:t>
            </w:r>
          </w:p>
        </w:tc>
        <w:tc>
          <w:tcPr>
            <w:tcW w:w="2232" w:type="dxa"/>
            <w:vAlign w:val="center"/>
          </w:tcPr>
          <w:p w14:paraId="2A8A2896" w14:textId="77777777" w:rsidR="00F96A07" w:rsidRDefault="00F96A07">
            <w:pPr>
              <w:spacing w:after="0"/>
            </w:pPr>
          </w:p>
        </w:tc>
        <w:tc>
          <w:tcPr>
            <w:tcW w:w="2448" w:type="dxa"/>
            <w:vAlign w:val="center"/>
          </w:tcPr>
          <w:p w14:paraId="1143D823" w14:textId="77777777" w:rsidR="00F96A07" w:rsidRDefault="00000000">
            <w:pPr>
              <w:spacing w:after="0"/>
            </w:pPr>
            <w:r>
              <w:rPr>
                <w:sz w:val="17"/>
              </w:rPr>
              <w:t>National Insurance No.:</w:t>
            </w:r>
          </w:p>
        </w:tc>
        <w:tc>
          <w:tcPr>
            <w:tcW w:w="2664" w:type="dxa"/>
            <w:vAlign w:val="center"/>
          </w:tcPr>
          <w:p w14:paraId="72C781CA" w14:textId="77777777" w:rsidR="00F96A07" w:rsidRDefault="00F96A07">
            <w:pPr>
              <w:spacing w:after="0"/>
            </w:pPr>
          </w:p>
        </w:tc>
      </w:tr>
    </w:tbl>
    <w:p w14:paraId="0E0065FC" w14:textId="77777777" w:rsidR="00F96A07" w:rsidRDefault="00000000">
      <w:pPr>
        <w:pStyle w:val="Heading1"/>
        <w:spacing w:before="160" w:after="80"/>
      </w:pPr>
      <w:r>
        <w:t>2. EDUCATION &amp; TRAINING</w:t>
      </w:r>
    </w:p>
    <w:p w14:paraId="40552660" w14:textId="77777777" w:rsidR="00F96A07" w:rsidRDefault="00000000">
      <w:r>
        <w:rPr>
          <w:b/>
        </w:rPr>
        <w:t>Secondary / Further Education</w:t>
      </w:r>
    </w:p>
    <w:tbl>
      <w:tblPr>
        <w:tblW w:w="0" w:type="auto"/>
        <w:jc w:val="center"/>
        <w:tblBorders>
          <w:top w:val="single" w:sz="6" w:space="0" w:color="777777"/>
          <w:left w:val="single" w:sz="6" w:space="0" w:color="777777"/>
          <w:bottom w:val="single" w:sz="6" w:space="0" w:color="777777"/>
          <w:right w:val="single" w:sz="6" w:space="0" w:color="777777"/>
          <w:insideH w:val="single" w:sz="6" w:space="0" w:color="777777"/>
          <w:insideV w:val="single" w:sz="6" w:space="0" w:color="777777"/>
        </w:tblBorders>
        <w:tblLook w:val="04A0" w:firstRow="1" w:lastRow="0" w:firstColumn="1" w:lastColumn="0" w:noHBand="0" w:noVBand="1"/>
      </w:tblPr>
      <w:tblGrid>
        <w:gridCol w:w="4320"/>
        <w:gridCol w:w="5904"/>
      </w:tblGrid>
      <w:tr w:rsidR="00F96A07" w14:paraId="1B7ECF42" w14:textId="77777777">
        <w:trPr>
          <w:jc w:val="center"/>
        </w:trPr>
        <w:tc>
          <w:tcPr>
            <w:tcW w:w="4320" w:type="dxa"/>
            <w:shd w:val="clear" w:color="auto" w:fill="D9D9D9"/>
            <w:vAlign w:val="center"/>
          </w:tcPr>
          <w:p w14:paraId="1DAE02B3" w14:textId="77777777" w:rsidR="00F96A07" w:rsidRDefault="00000000">
            <w:pPr>
              <w:spacing w:after="0"/>
            </w:pPr>
            <w:r>
              <w:rPr>
                <w:b/>
                <w:sz w:val="17"/>
              </w:rPr>
              <w:t>School / College / University</w:t>
            </w:r>
          </w:p>
        </w:tc>
        <w:tc>
          <w:tcPr>
            <w:tcW w:w="5904" w:type="dxa"/>
            <w:shd w:val="clear" w:color="auto" w:fill="D9D9D9"/>
            <w:vAlign w:val="center"/>
          </w:tcPr>
          <w:p w14:paraId="37AA4DFE" w14:textId="77777777" w:rsidR="00F96A07" w:rsidRDefault="00000000">
            <w:pPr>
              <w:spacing w:after="0"/>
            </w:pPr>
            <w:r>
              <w:rPr>
                <w:b/>
                <w:sz w:val="17"/>
              </w:rPr>
              <w:t>Qualifications – results with grades</w:t>
            </w:r>
          </w:p>
        </w:tc>
      </w:tr>
      <w:tr w:rsidR="00F96A07" w14:paraId="23FE4D6F" w14:textId="77777777">
        <w:trPr>
          <w:jc w:val="center"/>
        </w:trPr>
        <w:tc>
          <w:tcPr>
            <w:tcW w:w="4320" w:type="dxa"/>
            <w:vAlign w:val="center"/>
          </w:tcPr>
          <w:p w14:paraId="6AE1E37A" w14:textId="77777777" w:rsidR="00F96A07" w:rsidRDefault="00000000">
            <w:pPr>
              <w:spacing w:after="0"/>
            </w:pPr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</w:p>
        </w:tc>
        <w:tc>
          <w:tcPr>
            <w:tcW w:w="5904" w:type="dxa"/>
            <w:vAlign w:val="center"/>
          </w:tcPr>
          <w:p w14:paraId="76E0AA9D" w14:textId="77777777" w:rsidR="00F96A07" w:rsidRDefault="00000000">
            <w:pPr>
              <w:spacing w:after="0"/>
            </w:pPr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</w:p>
        </w:tc>
      </w:tr>
      <w:tr w:rsidR="00702764" w14:paraId="70C552CF" w14:textId="77777777">
        <w:trPr>
          <w:jc w:val="center"/>
        </w:trPr>
        <w:tc>
          <w:tcPr>
            <w:tcW w:w="4320" w:type="dxa"/>
            <w:vAlign w:val="center"/>
          </w:tcPr>
          <w:p w14:paraId="63B4AB52" w14:textId="77777777" w:rsidR="00702764" w:rsidRDefault="00702764">
            <w:pPr>
              <w:spacing w:after="0"/>
              <w:rPr>
                <w:sz w:val="17"/>
              </w:rPr>
            </w:pPr>
          </w:p>
        </w:tc>
        <w:tc>
          <w:tcPr>
            <w:tcW w:w="5904" w:type="dxa"/>
            <w:vAlign w:val="center"/>
          </w:tcPr>
          <w:p w14:paraId="251D5151" w14:textId="77777777" w:rsidR="00702764" w:rsidRDefault="00702764">
            <w:pPr>
              <w:spacing w:after="0"/>
              <w:rPr>
                <w:sz w:val="17"/>
              </w:rPr>
            </w:pPr>
          </w:p>
        </w:tc>
      </w:tr>
    </w:tbl>
    <w:p w14:paraId="6DED73AA" w14:textId="06A1E58A" w:rsidR="00F96A07" w:rsidRPr="00702764" w:rsidRDefault="00702764">
      <w:pPr>
        <w:rPr>
          <w:rFonts w:asciiTheme="majorHAnsi" w:hAnsiTheme="majorHAnsi" w:cstheme="majorHAnsi"/>
          <w:color w:val="1F497D" w:themeColor="text2"/>
          <w:sz w:val="24"/>
          <w:szCs w:val="24"/>
        </w:rPr>
      </w:pPr>
      <w:r>
        <w:rPr>
          <w:rFonts w:asciiTheme="majorHAnsi" w:hAnsiTheme="majorHAnsi" w:cstheme="majorHAnsi"/>
          <w:b/>
          <w:color w:val="1F497D" w:themeColor="text2"/>
          <w:sz w:val="24"/>
          <w:szCs w:val="24"/>
        </w:rPr>
        <w:t xml:space="preserve">  </w:t>
      </w:r>
      <w:r w:rsidRPr="00702764">
        <w:rPr>
          <w:rFonts w:asciiTheme="majorHAnsi" w:hAnsiTheme="majorHAnsi" w:cstheme="majorHAnsi"/>
          <w:b/>
          <w:color w:val="1F497D" w:themeColor="text2"/>
          <w:sz w:val="24"/>
          <w:szCs w:val="24"/>
        </w:rPr>
        <w:t>JEWISH LEARNING</w:t>
      </w:r>
    </w:p>
    <w:tbl>
      <w:tblPr>
        <w:tblW w:w="0" w:type="auto"/>
        <w:jc w:val="center"/>
        <w:tblBorders>
          <w:top w:val="single" w:sz="6" w:space="0" w:color="777777"/>
          <w:left w:val="single" w:sz="6" w:space="0" w:color="777777"/>
          <w:bottom w:val="single" w:sz="6" w:space="0" w:color="777777"/>
          <w:right w:val="single" w:sz="6" w:space="0" w:color="777777"/>
          <w:insideH w:val="single" w:sz="6" w:space="0" w:color="777777"/>
          <w:insideV w:val="single" w:sz="6" w:space="0" w:color="777777"/>
        </w:tblBorders>
        <w:tblLook w:val="04A0" w:firstRow="1" w:lastRow="0" w:firstColumn="1" w:lastColumn="0" w:noHBand="0" w:noVBand="1"/>
      </w:tblPr>
      <w:tblGrid>
        <w:gridCol w:w="3456"/>
        <w:gridCol w:w="3456"/>
        <w:gridCol w:w="3312"/>
      </w:tblGrid>
      <w:tr w:rsidR="00F96A07" w14:paraId="6B90DC63" w14:textId="77777777">
        <w:trPr>
          <w:jc w:val="center"/>
        </w:trPr>
        <w:tc>
          <w:tcPr>
            <w:tcW w:w="3456" w:type="dxa"/>
            <w:shd w:val="clear" w:color="auto" w:fill="D9D9D9"/>
            <w:vAlign w:val="center"/>
          </w:tcPr>
          <w:p w14:paraId="497B2084" w14:textId="77777777" w:rsidR="00F96A07" w:rsidRDefault="00000000">
            <w:pPr>
              <w:spacing w:after="0"/>
            </w:pPr>
            <w:r>
              <w:rPr>
                <w:b/>
                <w:sz w:val="17"/>
              </w:rPr>
              <w:t>Details of institutions attended (e.g. Yeshiva, Kollel, Seminary)</w:t>
            </w:r>
          </w:p>
        </w:tc>
        <w:tc>
          <w:tcPr>
            <w:tcW w:w="3456" w:type="dxa"/>
            <w:shd w:val="clear" w:color="auto" w:fill="D9D9D9"/>
            <w:vAlign w:val="center"/>
          </w:tcPr>
          <w:p w14:paraId="139B4731" w14:textId="77777777" w:rsidR="00F96A07" w:rsidRDefault="00000000">
            <w:pPr>
              <w:spacing w:after="0"/>
            </w:pPr>
            <w:r>
              <w:rPr>
                <w:b/>
                <w:sz w:val="17"/>
              </w:rPr>
              <w:t>Dates and details of learning</w:t>
            </w:r>
          </w:p>
        </w:tc>
        <w:tc>
          <w:tcPr>
            <w:tcW w:w="3312" w:type="dxa"/>
            <w:shd w:val="clear" w:color="auto" w:fill="D9D9D9"/>
            <w:vAlign w:val="center"/>
          </w:tcPr>
          <w:p w14:paraId="4706D11B" w14:textId="77777777" w:rsidR="00F96A07" w:rsidRDefault="00000000">
            <w:pPr>
              <w:spacing w:after="0"/>
            </w:pPr>
            <w:r>
              <w:rPr>
                <w:b/>
                <w:sz w:val="17"/>
              </w:rPr>
              <w:t>Name of Principal Teachers / Role Models</w:t>
            </w:r>
          </w:p>
        </w:tc>
      </w:tr>
      <w:tr w:rsidR="00F96A07" w14:paraId="4BBE7031" w14:textId="77777777">
        <w:trPr>
          <w:jc w:val="center"/>
        </w:trPr>
        <w:tc>
          <w:tcPr>
            <w:tcW w:w="3456" w:type="dxa"/>
            <w:vAlign w:val="center"/>
          </w:tcPr>
          <w:p w14:paraId="2F63AB2A" w14:textId="77777777" w:rsidR="00F96A07" w:rsidRDefault="00000000">
            <w:pPr>
              <w:spacing w:after="0"/>
            </w:pPr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</w:p>
        </w:tc>
        <w:tc>
          <w:tcPr>
            <w:tcW w:w="3456" w:type="dxa"/>
            <w:vAlign w:val="center"/>
          </w:tcPr>
          <w:p w14:paraId="1DAA4500" w14:textId="77777777" w:rsidR="00F96A07" w:rsidRDefault="00000000">
            <w:pPr>
              <w:spacing w:after="0"/>
            </w:pPr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</w:p>
        </w:tc>
        <w:tc>
          <w:tcPr>
            <w:tcW w:w="3312" w:type="dxa"/>
            <w:vAlign w:val="center"/>
          </w:tcPr>
          <w:p w14:paraId="2825C334" w14:textId="77777777" w:rsidR="00F96A07" w:rsidRDefault="00000000">
            <w:pPr>
              <w:spacing w:after="0"/>
            </w:pPr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</w:p>
        </w:tc>
      </w:tr>
    </w:tbl>
    <w:p w14:paraId="63E2DA85" w14:textId="77777777" w:rsidR="00F96A07" w:rsidRDefault="00000000">
      <w:pPr>
        <w:spacing w:after="80"/>
      </w:pPr>
      <w:r>
        <w:rPr>
          <w:i/>
          <w:sz w:val="16"/>
        </w:rPr>
        <w:t>* Copies of relevant Semicha certificates should be submitted with this form.</w:t>
      </w:r>
    </w:p>
    <w:tbl>
      <w:tblPr>
        <w:tblW w:w="0" w:type="auto"/>
        <w:jc w:val="center"/>
        <w:tblBorders>
          <w:top w:val="single" w:sz="6" w:space="0" w:color="777777"/>
          <w:left w:val="single" w:sz="6" w:space="0" w:color="777777"/>
          <w:bottom w:val="single" w:sz="6" w:space="0" w:color="777777"/>
          <w:right w:val="single" w:sz="6" w:space="0" w:color="777777"/>
          <w:insideH w:val="single" w:sz="6" w:space="0" w:color="777777"/>
          <w:insideV w:val="single" w:sz="6" w:space="0" w:color="777777"/>
        </w:tblBorders>
        <w:tblLook w:val="04A0" w:firstRow="1" w:lastRow="0" w:firstColumn="1" w:lastColumn="0" w:noHBand="0" w:noVBand="1"/>
      </w:tblPr>
      <w:tblGrid>
        <w:gridCol w:w="7200"/>
        <w:gridCol w:w="3024"/>
      </w:tblGrid>
      <w:tr w:rsidR="00F96A07" w14:paraId="7ABE008A" w14:textId="77777777">
        <w:trPr>
          <w:jc w:val="center"/>
        </w:trPr>
        <w:tc>
          <w:tcPr>
            <w:tcW w:w="7200" w:type="dxa"/>
            <w:shd w:val="clear" w:color="auto" w:fill="D9D9D9"/>
            <w:vAlign w:val="center"/>
          </w:tcPr>
          <w:p w14:paraId="10E60E8A" w14:textId="77777777" w:rsidR="00F96A07" w:rsidRDefault="00000000">
            <w:pPr>
              <w:spacing w:after="0"/>
            </w:pPr>
            <w:r>
              <w:rPr>
                <w:b/>
                <w:sz w:val="17"/>
              </w:rPr>
              <w:t>Professional bodies / professional qualifications (with dates) and details of any other training attended</w:t>
            </w:r>
          </w:p>
        </w:tc>
        <w:tc>
          <w:tcPr>
            <w:tcW w:w="3024" w:type="dxa"/>
            <w:shd w:val="clear" w:color="auto" w:fill="D9D9D9"/>
            <w:vAlign w:val="center"/>
          </w:tcPr>
          <w:p w14:paraId="64C87F06" w14:textId="77777777" w:rsidR="00F96A07" w:rsidRDefault="00F96A07">
            <w:pPr>
              <w:spacing w:after="0"/>
            </w:pPr>
          </w:p>
        </w:tc>
      </w:tr>
      <w:tr w:rsidR="00F96A07" w14:paraId="01D10298" w14:textId="77777777">
        <w:trPr>
          <w:jc w:val="center"/>
        </w:trPr>
        <w:tc>
          <w:tcPr>
            <w:tcW w:w="10224" w:type="dxa"/>
            <w:gridSpan w:val="2"/>
            <w:vAlign w:val="center"/>
          </w:tcPr>
          <w:p w14:paraId="66279588" w14:textId="77777777" w:rsidR="00F96A07" w:rsidRDefault="00000000">
            <w:pPr>
              <w:spacing w:after="0"/>
            </w:pPr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  <w:r>
              <w:rPr>
                <w:sz w:val="17"/>
              </w:rPr>
              <w:lastRenderedPageBreak/>
              <w:br/>
            </w:r>
          </w:p>
          <w:p w14:paraId="17A075B9" w14:textId="77777777" w:rsidR="00F96A07" w:rsidRDefault="00F96A07">
            <w:pPr>
              <w:spacing w:after="0"/>
            </w:pPr>
          </w:p>
        </w:tc>
      </w:tr>
    </w:tbl>
    <w:p w14:paraId="4A5D202A" w14:textId="77777777" w:rsidR="00F96A07" w:rsidRDefault="00000000">
      <w:pPr>
        <w:spacing w:after="80"/>
      </w:pPr>
      <w:r>
        <w:rPr>
          <w:i/>
          <w:sz w:val="16"/>
        </w:rPr>
        <w:lastRenderedPageBreak/>
        <w:t>* Copies of relevant certificates should be submitted with this form.</w:t>
      </w:r>
    </w:p>
    <w:p w14:paraId="2E122A82" w14:textId="3CC55F8D" w:rsidR="00F96A07" w:rsidRDefault="00E61484">
      <w:pPr>
        <w:pStyle w:val="Heading1"/>
        <w:spacing w:before="160" w:after="80"/>
      </w:pPr>
      <w:r>
        <w:t>3. ADDITIONAL INFORMATION IN SUPPORT OF YOUR APPLICATION</w:t>
      </w:r>
    </w:p>
    <w:p w14:paraId="09F57FD7" w14:textId="77777777" w:rsidR="00F96A07" w:rsidRDefault="00000000">
      <w:pPr>
        <w:spacing w:after="80"/>
      </w:pPr>
      <w:r>
        <w:rPr>
          <w:i/>
          <w:sz w:val="16"/>
        </w:rPr>
        <w:t>Please enter this section in no more than 500 words, or attach a separate statement, demonstrating how you meet the requirements of the post.</w:t>
      </w:r>
    </w:p>
    <w:tbl>
      <w:tblPr>
        <w:tblW w:w="0" w:type="auto"/>
        <w:jc w:val="center"/>
        <w:tblBorders>
          <w:top w:val="single" w:sz="6" w:space="0" w:color="777777"/>
          <w:left w:val="single" w:sz="6" w:space="0" w:color="777777"/>
          <w:bottom w:val="single" w:sz="6" w:space="0" w:color="777777"/>
          <w:right w:val="single" w:sz="6" w:space="0" w:color="777777"/>
          <w:insideH w:val="single" w:sz="6" w:space="0" w:color="777777"/>
          <w:insideV w:val="single" w:sz="6" w:space="0" w:color="777777"/>
        </w:tblBorders>
        <w:tblLook w:val="04A0" w:firstRow="1" w:lastRow="0" w:firstColumn="1" w:lastColumn="0" w:noHBand="0" w:noVBand="1"/>
      </w:tblPr>
      <w:tblGrid>
        <w:gridCol w:w="10352"/>
      </w:tblGrid>
      <w:tr w:rsidR="00F96A07" w14:paraId="799A7C1D" w14:textId="77777777">
        <w:trPr>
          <w:jc w:val="center"/>
        </w:trPr>
        <w:tc>
          <w:tcPr>
            <w:tcW w:w="10368" w:type="dxa"/>
            <w:shd w:val="clear" w:color="auto" w:fill="E7E7E7"/>
            <w:vAlign w:val="center"/>
          </w:tcPr>
          <w:p w14:paraId="2A3620F1" w14:textId="77777777" w:rsidR="00F96A07" w:rsidRDefault="00000000">
            <w:pPr>
              <w:spacing w:after="0"/>
            </w:pPr>
            <w:r>
              <w:rPr>
                <w:b/>
              </w:rPr>
              <w:t>Additional information / supporting statement:</w:t>
            </w:r>
          </w:p>
        </w:tc>
      </w:tr>
    </w:tbl>
    <w:p w14:paraId="36985813" w14:textId="02A427A8" w:rsidR="00F96A07" w:rsidRDefault="00000000">
      <w:pPr>
        <w:spacing w:after="40"/>
      </w:pPr>
      <w:r>
        <w:t>_______________________________________________________________________________________________________</w:t>
      </w:r>
    </w:p>
    <w:p w14:paraId="4368067D" w14:textId="12157864" w:rsidR="00F96A07" w:rsidRDefault="00000000">
      <w:pPr>
        <w:spacing w:after="40"/>
      </w:pPr>
      <w:r>
        <w:t>______________________________________________________________________________________________________________________________________________________________________________________________________________</w:t>
      </w:r>
    </w:p>
    <w:p w14:paraId="08CDBCCF" w14:textId="2684A60B" w:rsidR="00F96A07" w:rsidRDefault="00000000">
      <w:pPr>
        <w:spacing w:after="40"/>
      </w:pPr>
      <w:r>
        <w:t>_______________________________________________________________________________________________________</w:t>
      </w:r>
    </w:p>
    <w:p w14:paraId="57D10B0B" w14:textId="18259449" w:rsidR="00F96A07" w:rsidRDefault="00000000">
      <w:pPr>
        <w:spacing w:after="40"/>
      </w:pPr>
      <w:r>
        <w:t>_______________________________________________________________________________________________________</w:t>
      </w:r>
    </w:p>
    <w:p w14:paraId="09A18788" w14:textId="17051930" w:rsidR="00F96A07" w:rsidRDefault="00000000">
      <w:pPr>
        <w:spacing w:after="40"/>
      </w:pPr>
      <w:r>
        <w:t>_______________________________________________________________________________________________________</w:t>
      </w:r>
    </w:p>
    <w:p w14:paraId="67D71C36" w14:textId="70D9461C" w:rsidR="00F96A07" w:rsidRDefault="00000000">
      <w:pPr>
        <w:spacing w:after="40"/>
      </w:pPr>
      <w:r>
        <w:t>_____________________________________________________________________________________________________________________________________________________________________________________________________________</w:t>
      </w:r>
      <w:r w:rsidR="00702764">
        <w:t xml:space="preserve">  </w:t>
      </w:r>
    </w:p>
    <w:p w14:paraId="42623D4D" w14:textId="37D6399C" w:rsidR="00F96A07" w:rsidRDefault="00000000">
      <w:pPr>
        <w:spacing w:after="40"/>
      </w:pPr>
      <w:r>
        <w:t>_______________________________________________________________________________________________________</w:t>
      </w:r>
    </w:p>
    <w:p w14:paraId="4DD68C36" w14:textId="5D8F2D60" w:rsidR="00F96A07" w:rsidRDefault="00000000">
      <w:pPr>
        <w:spacing w:after="40"/>
      </w:pPr>
      <w:r>
        <w:t>_______________________________________________________________________________________________________</w:t>
      </w:r>
    </w:p>
    <w:p w14:paraId="42C9896D" w14:textId="77777777" w:rsidR="00702764" w:rsidRDefault="00702764" w:rsidP="00702764">
      <w:pPr>
        <w:spacing w:after="40"/>
      </w:pPr>
      <w:r>
        <w:t xml:space="preserve">_____________________________________________________________________________________________________________________________________________________________________________________________________________  </w:t>
      </w:r>
    </w:p>
    <w:p w14:paraId="48AA0392" w14:textId="77777777" w:rsidR="00702764" w:rsidRDefault="00702764" w:rsidP="00702764">
      <w:pPr>
        <w:spacing w:after="40"/>
      </w:pPr>
      <w:r>
        <w:t>_______________________________________________________________________________________________________</w:t>
      </w:r>
    </w:p>
    <w:p w14:paraId="3D57E43C" w14:textId="77777777" w:rsidR="00702764" w:rsidRDefault="00702764" w:rsidP="00702764">
      <w:pPr>
        <w:spacing w:after="40"/>
      </w:pPr>
      <w:r>
        <w:t>_______________________________________________________________________________________________________</w:t>
      </w:r>
    </w:p>
    <w:p w14:paraId="6FDBB6B9" w14:textId="77777777" w:rsidR="00702764" w:rsidRDefault="00702764" w:rsidP="00702764">
      <w:pPr>
        <w:spacing w:after="40"/>
      </w:pPr>
      <w:r>
        <w:t xml:space="preserve">_____________________________________________________________________________________________________________________________________________________________________________________________________________  </w:t>
      </w:r>
    </w:p>
    <w:p w14:paraId="5AFDCABF" w14:textId="77777777" w:rsidR="00702764" w:rsidRDefault="00702764" w:rsidP="00702764">
      <w:pPr>
        <w:spacing w:after="40"/>
      </w:pPr>
      <w:r>
        <w:t>_______________________________________________________________________________________________________</w:t>
      </w:r>
    </w:p>
    <w:p w14:paraId="152EFDFA" w14:textId="77777777" w:rsidR="00E61484" w:rsidRDefault="00E61484" w:rsidP="00E61484">
      <w:pPr>
        <w:spacing w:after="40"/>
      </w:pPr>
      <w:r>
        <w:t>_______________________________________________________________________________________________________</w:t>
      </w:r>
    </w:p>
    <w:p w14:paraId="46D229ED" w14:textId="77777777" w:rsidR="00E61484" w:rsidRDefault="00E61484" w:rsidP="00E61484">
      <w:pPr>
        <w:spacing w:after="40"/>
      </w:pPr>
      <w:r>
        <w:t xml:space="preserve">_____________________________________________________________________________________________________________________________________________________________________________________________________________  </w:t>
      </w:r>
    </w:p>
    <w:p w14:paraId="064EA71E" w14:textId="77777777" w:rsidR="00E61484" w:rsidRDefault="00E61484" w:rsidP="00E61484">
      <w:pPr>
        <w:spacing w:after="40"/>
      </w:pPr>
      <w:r>
        <w:t>_______________________________________________________________________________________________________</w:t>
      </w:r>
    </w:p>
    <w:p w14:paraId="126DD1B0" w14:textId="77777777" w:rsidR="00E61484" w:rsidRDefault="00E61484" w:rsidP="00E61484">
      <w:pPr>
        <w:spacing w:after="40"/>
      </w:pPr>
      <w:r>
        <w:t xml:space="preserve">_____________________________________________________________________________________________________________________________________________________________________________________________________________  </w:t>
      </w:r>
    </w:p>
    <w:p w14:paraId="3EA96E65" w14:textId="77777777" w:rsidR="00E61484" w:rsidRDefault="00E61484" w:rsidP="00E61484">
      <w:pPr>
        <w:spacing w:after="40"/>
      </w:pPr>
      <w:r>
        <w:t xml:space="preserve">_____________________________________________________________________________________________________________________________________________________________________________________________________________  </w:t>
      </w:r>
    </w:p>
    <w:p w14:paraId="03C704C3" w14:textId="77777777" w:rsidR="00E61484" w:rsidRDefault="00E61484" w:rsidP="00E61484">
      <w:pPr>
        <w:spacing w:after="40"/>
      </w:pPr>
      <w:r>
        <w:t>_______________________________________________________________________________________________________</w:t>
      </w:r>
    </w:p>
    <w:p w14:paraId="050E6347" w14:textId="77777777" w:rsidR="00E61484" w:rsidRDefault="00E61484" w:rsidP="00E61484">
      <w:pPr>
        <w:spacing w:after="40"/>
      </w:pPr>
      <w:r>
        <w:t xml:space="preserve">_____________________________________________________________________________________________________________________________________________________________________________________________________________  </w:t>
      </w:r>
    </w:p>
    <w:p w14:paraId="52552009" w14:textId="77777777" w:rsidR="00E61484" w:rsidRDefault="00E61484" w:rsidP="00E61484">
      <w:pPr>
        <w:spacing w:after="40"/>
      </w:pPr>
      <w:r>
        <w:t xml:space="preserve">_____________________________________________________________________________________________________________________________________________________________________________________________________________  </w:t>
      </w:r>
    </w:p>
    <w:p w14:paraId="26BACA32" w14:textId="77777777" w:rsidR="00E61484" w:rsidRDefault="00E61484" w:rsidP="00E61484">
      <w:pPr>
        <w:spacing w:after="40"/>
      </w:pPr>
      <w:r>
        <w:t>_______________________________________________________________________________________________________</w:t>
      </w:r>
    </w:p>
    <w:p w14:paraId="66EB9A3B" w14:textId="77777777" w:rsidR="00E61484" w:rsidRDefault="00E61484" w:rsidP="00E61484">
      <w:pPr>
        <w:spacing w:after="40"/>
      </w:pPr>
      <w:r>
        <w:t>_______________________________________________________________________________________________________</w:t>
      </w:r>
    </w:p>
    <w:p w14:paraId="7788C0DE" w14:textId="77777777" w:rsidR="00E61484" w:rsidRDefault="00E61484" w:rsidP="00E61484">
      <w:pPr>
        <w:spacing w:after="40"/>
      </w:pPr>
      <w:r>
        <w:t xml:space="preserve">_____________________________________________________________________________________________________________________________________________________________________________________________________________  </w:t>
      </w:r>
    </w:p>
    <w:p w14:paraId="545BF304" w14:textId="77777777" w:rsidR="00E61484" w:rsidRDefault="00E61484" w:rsidP="00E61484">
      <w:pPr>
        <w:spacing w:after="40"/>
      </w:pPr>
      <w:r>
        <w:t>_______________________________________________________________________________________________________</w:t>
      </w:r>
    </w:p>
    <w:p w14:paraId="6686CFB8" w14:textId="77777777" w:rsidR="00E61484" w:rsidRDefault="00E61484" w:rsidP="00E61484">
      <w:pPr>
        <w:spacing w:after="40"/>
      </w:pPr>
      <w:r>
        <w:t xml:space="preserve">_____________________________________________________________________________________________________________________________________________________________________________________________________________  </w:t>
      </w:r>
    </w:p>
    <w:p w14:paraId="5CDBBBEE" w14:textId="77777777" w:rsidR="00E61484" w:rsidRDefault="00E61484" w:rsidP="00E61484">
      <w:pPr>
        <w:spacing w:after="40"/>
      </w:pPr>
      <w:r>
        <w:t xml:space="preserve">_____________________________________________________________________________________________________________________________________________________________________________________________________________  </w:t>
      </w:r>
    </w:p>
    <w:p w14:paraId="74C57D7D" w14:textId="77777777" w:rsidR="00E61484" w:rsidRDefault="00E61484" w:rsidP="00E61484">
      <w:pPr>
        <w:spacing w:after="40"/>
      </w:pPr>
      <w:r>
        <w:t>_______________________________________________________________________________________________________</w:t>
      </w:r>
    </w:p>
    <w:p w14:paraId="576C110E" w14:textId="77777777" w:rsidR="00E61484" w:rsidRDefault="00E61484" w:rsidP="00E61484">
      <w:pPr>
        <w:spacing w:after="40"/>
      </w:pPr>
      <w:r>
        <w:t xml:space="preserve">_____________________________________________________________________________________________________________________________________________________________________________________________________________  </w:t>
      </w:r>
    </w:p>
    <w:p w14:paraId="3ACDDA45" w14:textId="61166AF8" w:rsidR="00F96A07" w:rsidRDefault="00E61484" w:rsidP="00E61484">
      <w:pPr>
        <w:spacing w:after="40"/>
      </w:pPr>
      <w:r>
        <w:t>_______________________________________________________________________________________________________</w:t>
      </w:r>
      <w:r w:rsidR="00702764">
        <w:br w:type="page"/>
      </w:r>
    </w:p>
    <w:p w14:paraId="063B5D11" w14:textId="52A9C7A1" w:rsidR="00F96A07" w:rsidRDefault="00E61484">
      <w:pPr>
        <w:pStyle w:val="Heading1"/>
        <w:spacing w:before="160" w:after="80"/>
      </w:pPr>
      <w:r>
        <w:lastRenderedPageBreak/>
        <w:t>4. ROLE-SPECIFIC QUESTIONS</w:t>
      </w:r>
    </w:p>
    <w:tbl>
      <w:tblPr>
        <w:tblW w:w="0" w:type="auto"/>
        <w:jc w:val="center"/>
        <w:tblBorders>
          <w:top w:val="single" w:sz="6" w:space="0" w:color="777777"/>
          <w:left w:val="single" w:sz="6" w:space="0" w:color="777777"/>
          <w:bottom w:val="single" w:sz="6" w:space="0" w:color="777777"/>
          <w:right w:val="single" w:sz="6" w:space="0" w:color="777777"/>
          <w:insideH w:val="single" w:sz="6" w:space="0" w:color="777777"/>
          <w:insideV w:val="single" w:sz="6" w:space="0" w:color="777777"/>
        </w:tblBorders>
        <w:tblLook w:val="04A0" w:firstRow="1" w:lastRow="0" w:firstColumn="1" w:lastColumn="0" w:noHBand="0" w:noVBand="1"/>
      </w:tblPr>
      <w:tblGrid>
        <w:gridCol w:w="10352"/>
      </w:tblGrid>
      <w:tr w:rsidR="00F96A07" w14:paraId="4C1E398F" w14:textId="77777777">
        <w:trPr>
          <w:jc w:val="center"/>
        </w:trPr>
        <w:tc>
          <w:tcPr>
            <w:tcW w:w="10368" w:type="dxa"/>
            <w:shd w:val="clear" w:color="auto" w:fill="E7E7E7"/>
            <w:vAlign w:val="center"/>
          </w:tcPr>
          <w:p w14:paraId="2E6DFA0B" w14:textId="77777777" w:rsidR="00F96A07" w:rsidRDefault="00000000">
            <w:pPr>
              <w:spacing w:after="0"/>
            </w:pPr>
            <w:r>
              <w:rPr>
                <w:b/>
              </w:rPr>
              <w:t>What are you most passionate about as a rabbi?</w:t>
            </w:r>
          </w:p>
        </w:tc>
      </w:tr>
    </w:tbl>
    <w:p w14:paraId="3E92FA51" w14:textId="119B2F42" w:rsidR="00F96A07" w:rsidRDefault="00000000">
      <w:pPr>
        <w:spacing w:after="40"/>
      </w:pPr>
      <w:r>
        <w:t>_______________________________________________________________________________________________________</w:t>
      </w:r>
    </w:p>
    <w:p w14:paraId="2799C753" w14:textId="455E723F" w:rsidR="00F96A07" w:rsidRDefault="00000000">
      <w:pPr>
        <w:spacing w:after="40"/>
      </w:pPr>
      <w:r>
        <w:t>_______________________________________________________________________________________________________</w:t>
      </w:r>
    </w:p>
    <w:p w14:paraId="51808315" w14:textId="032157A1" w:rsidR="00F96A07" w:rsidRDefault="00000000">
      <w:pPr>
        <w:spacing w:after="40"/>
      </w:pPr>
      <w:r>
        <w:t>_______________________________________________________________________________________________________</w:t>
      </w:r>
    </w:p>
    <w:tbl>
      <w:tblPr>
        <w:tblW w:w="0" w:type="auto"/>
        <w:jc w:val="center"/>
        <w:tblBorders>
          <w:top w:val="single" w:sz="6" w:space="0" w:color="777777"/>
          <w:left w:val="single" w:sz="6" w:space="0" w:color="777777"/>
          <w:bottom w:val="single" w:sz="6" w:space="0" w:color="777777"/>
          <w:right w:val="single" w:sz="6" w:space="0" w:color="777777"/>
          <w:insideH w:val="single" w:sz="6" w:space="0" w:color="777777"/>
          <w:insideV w:val="single" w:sz="6" w:space="0" w:color="777777"/>
        </w:tblBorders>
        <w:tblLook w:val="04A0" w:firstRow="1" w:lastRow="0" w:firstColumn="1" w:lastColumn="0" w:noHBand="0" w:noVBand="1"/>
      </w:tblPr>
      <w:tblGrid>
        <w:gridCol w:w="10352"/>
      </w:tblGrid>
      <w:tr w:rsidR="00F96A07" w14:paraId="6D8E326F" w14:textId="77777777">
        <w:trPr>
          <w:jc w:val="center"/>
        </w:trPr>
        <w:tc>
          <w:tcPr>
            <w:tcW w:w="10368" w:type="dxa"/>
            <w:shd w:val="clear" w:color="auto" w:fill="E7E7E7"/>
            <w:vAlign w:val="center"/>
          </w:tcPr>
          <w:p w14:paraId="4A31A4DB" w14:textId="77777777" w:rsidR="00F96A07" w:rsidRDefault="00000000">
            <w:pPr>
              <w:spacing w:after="0"/>
            </w:pPr>
            <w:r>
              <w:rPr>
                <w:b/>
              </w:rPr>
              <w:t>How do you best work with others?</w:t>
            </w:r>
          </w:p>
        </w:tc>
      </w:tr>
    </w:tbl>
    <w:p w14:paraId="0331B41B" w14:textId="6C88D1AB" w:rsidR="00F96A07" w:rsidRDefault="00000000">
      <w:pPr>
        <w:spacing w:after="40"/>
      </w:pPr>
      <w:r>
        <w:t>_______________________________________________________________________________________________________</w:t>
      </w:r>
    </w:p>
    <w:p w14:paraId="24D712F4" w14:textId="58112F25" w:rsidR="00F96A07" w:rsidRDefault="00000000">
      <w:pPr>
        <w:spacing w:after="40"/>
      </w:pPr>
      <w:r>
        <w:t>_______________________________________________________________________________________________________</w:t>
      </w:r>
    </w:p>
    <w:p w14:paraId="69FED562" w14:textId="1539AE32" w:rsidR="00F96A07" w:rsidRDefault="00000000">
      <w:pPr>
        <w:spacing w:after="40"/>
      </w:pPr>
      <w:r>
        <w:t>_______________________________________________________________________________________________________</w:t>
      </w:r>
    </w:p>
    <w:tbl>
      <w:tblPr>
        <w:tblW w:w="0" w:type="auto"/>
        <w:jc w:val="center"/>
        <w:tblBorders>
          <w:top w:val="single" w:sz="6" w:space="0" w:color="777777"/>
          <w:left w:val="single" w:sz="6" w:space="0" w:color="777777"/>
          <w:bottom w:val="single" w:sz="6" w:space="0" w:color="777777"/>
          <w:right w:val="single" w:sz="6" w:space="0" w:color="777777"/>
          <w:insideH w:val="single" w:sz="6" w:space="0" w:color="777777"/>
          <w:insideV w:val="single" w:sz="6" w:space="0" w:color="777777"/>
        </w:tblBorders>
        <w:tblLook w:val="04A0" w:firstRow="1" w:lastRow="0" w:firstColumn="1" w:lastColumn="0" w:noHBand="0" w:noVBand="1"/>
      </w:tblPr>
      <w:tblGrid>
        <w:gridCol w:w="10352"/>
      </w:tblGrid>
      <w:tr w:rsidR="00F96A07" w14:paraId="5793201E" w14:textId="77777777">
        <w:trPr>
          <w:jc w:val="center"/>
        </w:trPr>
        <w:tc>
          <w:tcPr>
            <w:tcW w:w="10368" w:type="dxa"/>
            <w:shd w:val="clear" w:color="auto" w:fill="E7E7E7"/>
            <w:vAlign w:val="center"/>
          </w:tcPr>
          <w:p w14:paraId="704D1107" w14:textId="77777777" w:rsidR="00F96A07" w:rsidRDefault="00000000">
            <w:pPr>
              <w:spacing w:after="0"/>
            </w:pPr>
            <w:r>
              <w:rPr>
                <w:b/>
              </w:rPr>
              <w:t xml:space="preserve">How will you </w:t>
            </w:r>
            <w:proofErr w:type="spellStart"/>
            <w:r>
              <w:rPr>
                <w:b/>
              </w:rPr>
              <w:t>energise</w:t>
            </w:r>
            <w:proofErr w:type="spellEnd"/>
            <w:r>
              <w:rPr>
                <w:b/>
              </w:rPr>
              <w:t xml:space="preserve"> and inspire the community when you speak?</w:t>
            </w:r>
          </w:p>
        </w:tc>
      </w:tr>
    </w:tbl>
    <w:p w14:paraId="4244125D" w14:textId="06B10004" w:rsidR="00F96A07" w:rsidRDefault="00000000">
      <w:pPr>
        <w:spacing w:after="40"/>
      </w:pPr>
      <w:r>
        <w:t>_______________________________________________________________________________________________________</w:t>
      </w:r>
    </w:p>
    <w:p w14:paraId="4881501A" w14:textId="55D03D6F" w:rsidR="00F96A07" w:rsidRDefault="00000000">
      <w:pPr>
        <w:spacing w:after="40"/>
      </w:pPr>
      <w:r>
        <w:t>_______________________________________________________________________________________________________</w:t>
      </w:r>
    </w:p>
    <w:p w14:paraId="23EAD8E1" w14:textId="77FBD3EF" w:rsidR="00F96A07" w:rsidRDefault="00000000">
      <w:pPr>
        <w:spacing w:after="40"/>
      </w:pPr>
      <w:r>
        <w:t>_______________________________________________________________________________________________________</w:t>
      </w:r>
    </w:p>
    <w:tbl>
      <w:tblPr>
        <w:tblW w:w="0" w:type="auto"/>
        <w:jc w:val="center"/>
        <w:tblBorders>
          <w:top w:val="single" w:sz="6" w:space="0" w:color="777777"/>
          <w:left w:val="single" w:sz="6" w:space="0" w:color="777777"/>
          <w:bottom w:val="single" w:sz="6" w:space="0" w:color="777777"/>
          <w:right w:val="single" w:sz="6" w:space="0" w:color="777777"/>
          <w:insideH w:val="single" w:sz="6" w:space="0" w:color="777777"/>
          <w:insideV w:val="single" w:sz="6" w:space="0" w:color="777777"/>
        </w:tblBorders>
        <w:tblLook w:val="04A0" w:firstRow="1" w:lastRow="0" w:firstColumn="1" w:lastColumn="0" w:noHBand="0" w:noVBand="1"/>
      </w:tblPr>
      <w:tblGrid>
        <w:gridCol w:w="10352"/>
      </w:tblGrid>
      <w:tr w:rsidR="00F96A07" w14:paraId="1BE62433" w14:textId="77777777">
        <w:trPr>
          <w:jc w:val="center"/>
        </w:trPr>
        <w:tc>
          <w:tcPr>
            <w:tcW w:w="10368" w:type="dxa"/>
            <w:shd w:val="clear" w:color="auto" w:fill="E7E7E7"/>
            <w:vAlign w:val="center"/>
          </w:tcPr>
          <w:p w14:paraId="038EE4A4" w14:textId="77777777" w:rsidR="00F96A07" w:rsidRDefault="00000000">
            <w:pPr>
              <w:spacing w:after="0"/>
            </w:pPr>
            <w:r>
              <w:rPr>
                <w:b/>
              </w:rPr>
              <w:t>Describe your approach to pastoral care and supporting congregants through life-cycle events.</w:t>
            </w:r>
          </w:p>
        </w:tc>
      </w:tr>
    </w:tbl>
    <w:p w14:paraId="670769FA" w14:textId="3733C8CD" w:rsidR="00F96A07" w:rsidRDefault="00000000">
      <w:pPr>
        <w:spacing w:after="40"/>
      </w:pPr>
      <w:r>
        <w:t>_______________________________________________________________________________________________________</w:t>
      </w:r>
    </w:p>
    <w:p w14:paraId="22799787" w14:textId="337EE4E6" w:rsidR="00F96A07" w:rsidRDefault="00000000">
      <w:pPr>
        <w:spacing w:after="40"/>
      </w:pPr>
      <w:r>
        <w:t>______________________________________________________________________________________________________</w:t>
      </w:r>
    </w:p>
    <w:p w14:paraId="2DB6EB9D" w14:textId="38960704" w:rsidR="00F96A07" w:rsidRDefault="00000000">
      <w:pPr>
        <w:spacing w:after="40"/>
      </w:pPr>
      <w:r>
        <w:t>_______________________________________________________________________________________________________</w:t>
      </w:r>
    </w:p>
    <w:tbl>
      <w:tblPr>
        <w:tblW w:w="0" w:type="auto"/>
        <w:jc w:val="center"/>
        <w:tblBorders>
          <w:top w:val="single" w:sz="6" w:space="0" w:color="777777"/>
          <w:left w:val="single" w:sz="6" w:space="0" w:color="777777"/>
          <w:bottom w:val="single" w:sz="6" w:space="0" w:color="777777"/>
          <w:right w:val="single" w:sz="6" w:space="0" w:color="777777"/>
          <w:insideH w:val="single" w:sz="6" w:space="0" w:color="777777"/>
          <w:insideV w:val="single" w:sz="6" w:space="0" w:color="777777"/>
        </w:tblBorders>
        <w:tblLook w:val="04A0" w:firstRow="1" w:lastRow="0" w:firstColumn="1" w:lastColumn="0" w:noHBand="0" w:noVBand="1"/>
      </w:tblPr>
      <w:tblGrid>
        <w:gridCol w:w="10352"/>
      </w:tblGrid>
      <w:tr w:rsidR="00F96A07" w14:paraId="1F812B8E" w14:textId="77777777">
        <w:trPr>
          <w:jc w:val="center"/>
        </w:trPr>
        <w:tc>
          <w:tcPr>
            <w:tcW w:w="10368" w:type="dxa"/>
            <w:shd w:val="clear" w:color="auto" w:fill="E7E7E7"/>
            <w:vAlign w:val="center"/>
          </w:tcPr>
          <w:p w14:paraId="5D79AA25" w14:textId="77777777" w:rsidR="00F96A07" w:rsidRDefault="00000000">
            <w:pPr>
              <w:spacing w:after="0"/>
            </w:pPr>
            <w:r>
              <w:rPr>
                <w:b/>
              </w:rPr>
              <w:t>How do you describe your personal rabbinic philosophy and approach to Halacha?</w:t>
            </w:r>
          </w:p>
        </w:tc>
      </w:tr>
    </w:tbl>
    <w:p w14:paraId="39709F75" w14:textId="56C72325" w:rsidR="00F96A07" w:rsidRDefault="00000000">
      <w:pPr>
        <w:spacing w:after="40"/>
      </w:pPr>
      <w:r>
        <w:t>_______________________________________________________________________________________________________</w:t>
      </w:r>
    </w:p>
    <w:p w14:paraId="30A2202D" w14:textId="6ED654C2" w:rsidR="00F96A07" w:rsidRDefault="00000000">
      <w:pPr>
        <w:spacing w:after="40"/>
      </w:pPr>
      <w:r>
        <w:t>_______________________________________________________________________________________________________</w:t>
      </w:r>
    </w:p>
    <w:p w14:paraId="56B91B90" w14:textId="24DAB4CF" w:rsidR="00F96A07" w:rsidRDefault="00000000">
      <w:pPr>
        <w:spacing w:after="40"/>
      </w:pPr>
      <w:r>
        <w:t>_______________________________________________________________________________________________________</w:t>
      </w:r>
    </w:p>
    <w:tbl>
      <w:tblPr>
        <w:tblW w:w="0" w:type="auto"/>
        <w:jc w:val="center"/>
        <w:tblBorders>
          <w:top w:val="single" w:sz="6" w:space="0" w:color="777777"/>
          <w:left w:val="single" w:sz="6" w:space="0" w:color="777777"/>
          <w:bottom w:val="single" w:sz="6" w:space="0" w:color="777777"/>
          <w:right w:val="single" w:sz="6" w:space="0" w:color="777777"/>
          <w:insideH w:val="single" w:sz="6" w:space="0" w:color="777777"/>
          <w:insideV w:val="single" w:sz="6" w:space="0" w:color="777777"/>
        </w:tblBorders>
        <w:tblLook w:val="04A0" w:firstRow="1" w:lastRow="0" w:firstColumn="1" w:lastColumn="0" w:noHBand="0" w:noVBand="1"/>
      </w:tblPr>
      <w:tblGrid>
        <w:gridCol w:w="10352"/>
      </w:tblGrid>
      <w:tr w:rsidR="00F96A07" w14:paraId="7A7B1853" w14:textId="77777777">
        <w:trPr>
          <w:jc w:val="center"/>
        </w:trPr>
        <w:tc>
          <w:tcPr>
            <w:tcW w:w="10368" w:type="dxa"/>
            <w:shd w:val="clear" w:color="auto" w:fill="E7E7E7"/>
            <w:vAlign w:val="center"/>
          </w:tcPr>
          <w:p w14:paraId="16634C84" w14:textId="2AD29F05" w:rsidR="00F96A07" w:rsidRDefault="00000000">
            <w:pPr>
              <w:spacing w:after="0"/>
            </w:pPr>
            <w:r>
              <w:rPr>
                <w:b/>
              </w:rPr>
              <w:t xml:space="preserve">What would you like to achieve with </w:t>
            </w:r>
            <w:r w:rsidR="00BB0489">
              <w:rPr>
                <w:b/>
              </w:rPr>
              <w:t>Southend &amp; Westcliff Hebrew Congregation</w:t>
            </w:r>
            <w:r>
              <w:rPr>
                <w:b/>
              </w:rPr>
              <w:t>? What is your vision?</w:t>
            </w:r>
          </w:p>
        </w:tc>
      </w:tr>
    </w:tbl>
    <w:p w14:paraId="2D251F15" w14:textId="0CC014A7" w:rsidR="00F96A07" w:rsidRDefault="00000000">
      <w:pPr>
        <w:spacing w:after="40"/>
      </w:pPr>
      <w:r>
        <w:t>_____________________________________________________________________________________________________________________________________________________________________________________________________________</w:t>
      </w:r>
    </w:p>
    <w:p w14:paraId="042622ED" w14:textId="4EA626BC" w:rsidR="00F96A07" w:rsidRDefault="00000000">
      <w:pPr>
        <w:spacing w:after="40"/>
      </w:pPr>
      <w:r>
        <w:t>_______________________________________________________________________________________________________</w:t>
      </w:r>
    </w:p>
    <w:p w14:paraId="25EF48CA" w14:textId="2BEB040D" w:rsidR="00F96A07" w:rsidRDefault="00E61484">
      <w:pPr>
        <w:pStyle w:val="Heading1"/>
        <w:spacing w:before="160" w:after="80"/>
      </w:pPr>
      <w:r>
        <w:t>5. GENERAL</w:t>
      </w:r>
    </w:p>
    <w:tbl>
      <w:tblPr>
        <w:tblW w:w="0" w:type="auto"/>
        <w:jc w:val="center"/>
        <w:tblBorders>
          <w:top w:val="single" w:sz="6" w:space="0" w:color="777777"/>
          <w:left w:val="single" w:sz="6" w:space="0" w:color="777777"/>
          <w:bottom w:val="single" w:sz="6" w:space="0" w:color="777777"/>
          <w:right w:val="single" w:sz="6" w:space="0" w:color="777777"/>
          <w:insideH w:val="single" w:sz="6" w:space="0" w:color="777777"/>
          <w:insideV w:val="single" w:sz="6" w:space="0" w:color="777777"/>
        </w:tblBorders>
        <w:tblLook w:val="04A0" w:firstRow="1" w:lastRow="0" w:firstColumn="1" w:lastColumn="0" w:noHBand="0" w:noVBand="1"/>
      </w:tblPr>
      <w:tblGrid>
        <w:gridCol w:w="7344"/>
        <w:gridCol w:w="2880"/>
      </w:tblGrid>
      <w:tr w:rsidR="00F96A07" w14:paraId="75237408" w14:textId="77777777">
        <w:trPr>
          <w:jc w:val="center"/>
        </w:trPr>
        <w:tc>
          <w:tcPr>
            <w:tcW w:w="7344" w:type="dxa"/>
            <w:vAlign w:val="center"/>
          </w:tcPr>
          <w:p w14:paraId="67C84592" w14:textId="77777777" w:rsidR="00F96A07" w:rsidRDefault="00000000">
            <w:pPr>
              <w:spacing w:after="0"/>
            </w:pPr>
            <w:r>
              <w:rPr>
                <w:sz w:val="17"/>
              </w:rPr>
              <w:t xml:space="preserve">Do you possess a current clean driving </w:t>
            </w:r>
            <w:proofErr w:type="spellStart"/>
            <w:r>
              <w:rPr>
                <w:sz w:val="17"/>
              </w:rPr>
              <w:t>licence</w:t>
            </w:r>
            <w:proofErr w:type="spellEnd"/>
            <w:r>
              <w:rPr>
                <w:sz w:val="17"/>
              </w:rPr>
              <w:t>?</w:t>
            </w:r>
          </w:p>
        </w:tc>
        <w:tc>
          <w:tcPr>
            <w:tcW w:w="2880" w:type="dxa"/>
            <w:vAlign w:val="center"/>
          </w:tcPr>
          <w:p w14:paraId="0921EA3A" w14:textId="77777777" w:rsidR="00F96A07" w:rsidRDefault="00000000">
            <w:pPr>
              <w:spacing w:after="0"/>
            </w:pPr>
            <w:r>
              <w:rPr>
                <w:sz w:val="17"/>
              </w:rPr>
              <w:t>☐ Yes   ☐ No</w:t>
            </w:r>
          </w:p>
        </w:tc>
      </w:tr>
      <w:tr w:rsidR="00F96A07" w14:paraId="2F0DC0A6" w14:textId="77777777">
        <w:trPr>
          <w:jc w:val="center"/>
        </w:trPr>
        <w:tc>
          <w:tcPr>
            <w:tcW w:w="7344" w:type="dxa"/>
            <w:vAlign w:val="center"/>
          </w:tcPr>
          <w:p w14:paraId="6C274340" w14:textId="77777777" w:rsidR="00F96A07" w:rsidRDefault="00000000">
            <w:pPr>
              <w:spacing w:after="0"/>
            </w:pPr>
            <w:r>
              <w:rPr>
                <w:sz w:val="17"/>
              </w:rPr>
              <w:t>Do you own a car?</w:t>
            </w:r>
          </w:p>
        </w:tc>
        <w:tc>
          <w:tcPr>
            <w:tcW w:w="2880" w:type="dxa"/>
            <w:vAlign w:val="center"/>
          </w:tcPr>
          <w:p w14:paraId="394BE144" w14:textId="77777777" w:rsidR="00F96A07" w:rsidRDefault="00000000">
            <w:pPr>
              <w:spacing w:after="0"/>
            </w:pPr>
            <w:r>
              <w:rPr>
                <w:sz w:val="17"/>
              </w:rPr>
              <w:t>☐ Yes   ☐ No</w:t>
            </w:r>
          </w:p>
        </w:tc>
      </w:tr>
      <w:tr w:rsidR="00F96A07" w14:paraId="517AE6A9" w14:textId="77777777">
        <w:trPr>
          <w:jc w:val="center"/>
        </w:trPr>
        <w:tc>
          <w:tcPr>
            <w:tcW w:w="7344" w:type="dxa"/>
            <w:vAlign w:val="center"/>
          </w:tcPr>
          <w:p w14:paraId="3DA47D11" w14:textId="77777777" w:rsidR="00F96A07" w:rsidRDefault="00000000">
            <w:pPr>
              <w:spacing w:after="0"/>
            </w:pPr>
            <w:r>
              <w:rPr>
                <w:sz w:val="17"/>
              </w:rPr>
              <w:t>How did you become aware of this post? (Please state which publication, website or other source.)</w:t>
            </w:r>
          </w:p>
        </w:tc>
        <w:tc>
          <w:tcPr>
            <w:tcW w:w="2880" w:type="dxa"/>
            <w:vAlign w:val="center"/>
          </w:tcPr>
          <w:p w14:paraId="6A5ECA11" w14:textId="77777777" w:rsidR="00F96A07" w:rsidRDefault="00F96A07">
            <w:pPr>
              <w:spacing w:after="0"/>
            </w:pPr>
          </w:p>
        </w:tc>
      </w:tr>
      <w:tr w:rsidR="00F96A07" w14:paraId="2A0E66C3" w14:textId="77777777">
        <w:trPr>
          <w:jc w:val="center"/>
        </w:trPr>
        <w:tc>
          <w:tcPr>
            <w:tcW w:w="7344" w:type="dxa"/>
            <w:vAlign w:val="center"/>
          </w:tcPr>
          <w:p w14:paraId="72EFBE3A" w14:textId="75610C61" w:rsidR="00F96A07" w:rsidRDefault="00000000">
            <w:pPr>
              <w:spacing w:after="0"/>
            </w:pPr>
            <w:r>
              <w:rPr>
                <w:sz w:val="17"/>
              </w:rPr>
              <w:t xml:space="preserve">If you were offered the post, would the </w:t>
            </w:r>
            <w:r w:rsidR="001D4678">
              <w:rPr>
                <w:sz w:val="17"/>
              </w:rPr>
              <w:t>SWHC</w:t>
            </w:r>
            <w:r>
              <w:rPr>
                <w:sz w:val="17"/>
              </w:rPr>
              <w:t xml:space="preserve"> be your sole employer?</w:t>
            </w:r>
          </w:p>
        </w:tc>
        <w:tc>
          <w:tcPr>
            <w:tcW w:w="2880" w:type="dxa"/>
            <w:vAlign w:val="center"/>
          </w:tcPr>
          <w:p w14:paraId="7261B94B" w14:textId="77777777" w:rsidR="00F96A07" w:rsidRDefault="00000000">
            <w:pPr>
              <w:spacing w:after="0"/>
            </w:pPr>
            <w:r>
              <w:rPr>
                <w:sz w:val="17"/>
              </w:rPr>
              <w:t>☐ Yes   ☐ No   If no, please give details:</w:t>
            </w:r>
          </w:p>
        </w:tc>
      </w:tr>
    </w:tbl>
    <w:p w14:paraId="05890BB4" w14:textId="1B55E536" w:rsidR="00F96A07" w:rsidRDefault="00E61484">
      <w:pPr>
        <w:pStyle w:val="Heading1"/>
        <w:spacing w:before="160" w:after="80"/>
      </w:pPr>
      <w:r>
        <w:t>6. ELIGIBILITY TO WORK IN THE UK</w:t>
      </w:r>
    </w:p>
    <w:tbl>
      <w:tblPr>
        <w:tblW w:w="0" w:type="auto"/>
        <w:jc w:val="center"/>
        <w:tblBorders>
          <w:top w:val="single" w:sz="6" w:space="0" w:color="777777"/>
          <w:left w:val="single" w:sz="6" w:space="0" w:color="777777"/>
          <w:bottom w:val="single" w:sz="6" w:space="0" w:color="777777"/>
          <w:right w:val="single" w:sz="6" w:space="0" w:color="777777"/>
          <w:insideH w:val="single" w:sz="6" w:space="0" w:color="777777"/>
          <w:insideV w:val="single" w:sz="6" w:space="0" w:color="777777"/>
        </w:tblBorders>
        <w:tblLook w:val="04A0" w:firstRow="1" w:lastRow="0" w:firstColumn="1" w:lastColumn="0" w:noHBand="0" w:noVBand="1"/>
      </w:tblPr>
      <w:tblGrid>
        <w:gridCol w:w="7344"/>
        <w:gridCol w:w="2880"/>
      </w:tblGrid>
      <w:tr w:rsidR="00F96A07" w14:paraId="0F55164D" w14:textId="77777777">
        <w:trPr>
          <w:jc w:val="center"/>
        </w:trPr>
        <w:tc>
          <w:tcPr>
            <w:tcW w:w="7344" w:type="dxa"/>
            <w:vAlign w:val="center"/>
          </w:tcPr>
          <w:p w14:paraId="7592A917" w14:textId="77777777" w:rsidR="00F96A07" w:rsidRDefault="00000000">
            <w:pPr>
              <w:spacing w:after="0"/>
            </w:pPr>
            <w:r>
              <w:rPr>
                <w:sz w:val="17"/>
              </w:rPr>
              <w:t>Are you a UK / EEA national?</w:t>
            </w:r>
          </w:p>
        </w:tc>
        <w:tc>
          <w:tcPr>
            <w:tcW w:w="2880" w:type="dxa"/>
            <w:vAlign w:val="center"/>
          </w:tcPr>
          <w:p w14:paraId="166DDA1C" w14:textId="77777777" w:rsidR="00F96A07" w:rsidRDefault="00000000">
            <w:pPr>
              <w:spacing w:after="0"/>
            </w:pPr>
            <w:r>
              <w:rPr>
                <w:sz w:val="17"/>
              </w:rPr>
              <w:t>☐ Yes   ☐ No</w:t>
            </w:r>
          </w:p>
        </w:tc>
      </w:tr>
      <w:tr w:rsidR="00F96A07" w14:paraId="27C4BE32" w14:textId="77777777">
        <w:trPr>
          <w:jc w:val="center"/>
        </w:trPr>
        <w:tc>
          <w:tcPr>
            <w:tcW w:w="7344" w:type="dxa"/>
            <w:vAlign w:val="center"/>
          </w:tcPr>
          <w:p w14:paraId="4E454F4E" w14:textId="77777777" w:rsidR="00F96A07" w:rsidRDefault="00000000">
            <w:pPr>
              <w:spacing w:after="0"/>
            </w:pPr>
            <w:r>
              <w:rPr>
                <w:sz w:val="17"/>
              </w:rPr>
              <w:t>If no, please state your current immigration status / category:</w:t>
            </w:r>
          </w:p>
        </w:tc>
        <w:tc>
          <w:tcPr>
            <w:tcW w:w="2880" w:type="dxa"/>
            <w:vAlign w:val="center"/>
          </w:tcPr>
          <w:p w14:paraId="54003A2D" w14:textId="77777777" w:rsidR="00F96A07" w:rsidRDefault="00F96A07">
            <w:pPr>
              <w:spacing w:after="0"/>
            </w:pPr>
          </w:p>
        </w:tc>
      </w:tr>
      <w:tr w:rsidR="00F96A07" w14:paraId="3821B4AD" w14:textId="77777777">
        <w:trPr>
          <w:jc w:val="center"/>
        </w:trPr>
        <w:tc>
          <w:tcPr>
            <w:tcW w:w="7344" w:type="dxa"/>
            <w:vAlign w:val="center"/>
          </w:tcPr>
          <w:p w14:paraId="41C14294" w14:textId="77777777" w:rsidR="00F96A07" w:rsidRDefault="00000000">
            <w:pPr>
              <w:spacing w:after="0"/>
            </w:pPr>
            <w:r>
              <w:rPr>
                <w:sz w:val="17"/>
              </w:rPr>
              <w:t>Please supply details of any visa currently held, including number, start / expiry dates and any restrictions:</w:t>
            </w:r>
          </w:p>
        </w:tc>
        <w:tc>
          <w:tcPr>
            <w:tcW w:w="2880" w:type="dxa"/>
            <w:vAlign w:val="center"/>
          </w:tcPr>
          <w:p w14:paraId="2E240D5F" w14:textId="77777777" w:rsidR="00F96A07" w:rsidRDefault="00F96A07">
            <w:pPr>
              <w:spacing w:after="0"/>
            </w:pPr>
          </w:p>
        </w:tc>
      </w:tr>
      <w:tr w:rsidR="00F96A07" w14:paraId="61E3102C" w14:textId="77777777">
        <w:trPr>
          <w:jc w:val="center"/>
        </w:trPr>
        <w:tc>
          <w:tcPr>
            <w:tcW w:w="7344" w:type="dxa"/>
            <w:vAlign w:val="center"/>
          </w:tcPr>
          <w:p w14:paraId="001D2F69" w14:textId="77777777" w:rsidR="00F96A07" w:rsidRDefault="00000000">
            <w:pPr>
              <w:spacing w:after="0"/>
            </w:pPr>
            <w:r>
              <w:rPr>
                <w:sz w:val="17"/>
              </w:rPr>
              <w:t>Does your visa have a condition restricting employment or occupation in the UK?</w:t>
            </w:r>
          </w:p>
        </w:tc>
        <w:tc>
          <w:tcPr>
            <w:tcW w:w="2880" w:type="dxa"/>
            <w:vAlign w:val="center"/>
          </w:tcPr>
          <w:p w14:paraId="7AB08B75" w14:textId="77777777" w:rsidR="00F96A07" w:rsidRDefault="00000000">
            <w:pPr>
              <w:spacing w:after="0"/>
            </w:pPr>
            <w:r>
              <w:rPr>
                <w:sz w:val="17"/>
              </w:rPr>
              <w:t>☐ Yes   ☐ No</w:t>
            </w:r>
          </w:p>
        </w:tc>
      </w:tr>
      <w:tr w:rsidR="00F96A07" w14:paraId="1D4F9C0F" w14:textId="77777777">
        <w:trPr>
          <w:jc w:val="center"/>
        </w:trPr>
        <w:tc>
          <w:tcPr>
            <w:tcW w:w="7344" w:type="dxa"/>
            <w:vAlign w:val="center"/>
          </w:tcPr>
          <w:p w14:paraId="5EF05C32" w14:textId="77777777" w:rsidR="00F96A07" w:rsidRDefault="00000000">
            <w:pPr>
              <w:spacing w:after="0"/>
            </w:pPr>
            <w:r>
              <w:rPr>
                <w:sz w:val="17"/>
              </w:rPr>
              <w:t>If yes, please provide information regarding your current immigration status and details of restrictions:</w:t>
            </w:r>
          </w:p>
        </w:tc>
        <w:tc>
          <w:tcPr>
            <w:tcW w:w="2880" w:type="dxa"/>
            <w:vAlign w:val="center"/>
          </w:tcPr>
          <w:p w14:paraId="460DDFCD" w14:textId="77777777" w:rsidR="00F96A07" w:rsidRDefault="00F96A07">
            <w:pPr>
              <w:spacing w:after="0"/>
            </w:pPr>
          </w:p>
        </w:tc>
      </w:tr>
    </w:tbl>
    <w:p w14:paraId="1222A419" w14:textId="7E093E5C" w:rsidR="00F96A07" w:rsidRDefault="00000000">
      <w:pPr>
        <w:spacing w:after="80"/>
      </w:pPr>
      <w:r>
        <w:rPr>
          <w:i/>
          <w:sz w:val="16"/>
        </w:rPr>
        <w:t>Where applicable, the</w:t>
      </w:r>
      <w:r w:rsidR="00702764">
        <w:rPr>
          <w:i/>
          <w:sz w:val="16"/>
        </w:rPr>
        <w:t xml:space="preserve"> SWHC</w:t>
      </w:r>
      <w:r>
        <w:rPr>
          <w:i/>
          <w:sz w:val="16"/>
        </w:rPr>
        <w:t xml:space="preserve"> will carry out the necessary right-to-work checks before appointment.</w:t>
      </w:r>
    </w:p>
    <w:p w14:paraId="55FE12D8" w14:textId="453BDFA1" w:rsidR="00F96A07" w:rsidRDefault="00E61484">
      <w:pPr>
        <w:pStyle w:val="Heading1"/>
        <w:spacing w:before="160" w:after="80"/>
      </w:pPr>
      <w:r>
        <w:t>7. SAFEGUARDING, DBS &amp; DECLARATIONS</w:t>
      </w:r>
    </w:p>
    <w:p w14:paraId="0F25D86A" w14:textId="77777777" w:rsidR="00F96A07" w:rsidRDefault="00000000">
      <w:r>
        <w:rPr>
          <w:b/>
        </w:rPr>
        <w:t xml:space="preserve">This role involves working with children. </w:t>
      </w:r>
      <w:r>
        <w:t>A valid/current Enhanced Disclosure and Barring Service (DBS) certificate/check will be required as part of the safeguarding and pre-employment process, where applicable.</w:t>
      </w:r>
    </w:p>
    <w:tbl>
      <w:tblPr>
        <w:tblW w:w="0" w:type="auto"/>
        <w:jc w:val="center"/>
        <w:tblBorders>
          <w:top w:val="single" w:sz="6" w:space="0" w:color="777777"/>
          <w:left w:val="single" w:sz="6" w:space="0" w:color="777777"/>
          <w:bottom w:val="single" w:sz="6" w:space="0" w:color="777777"/>
          <w:right w:val="single" w:sz="6" w:space="0" w:color="777777"/>
          <w:insideH w:val="single" w:sz="6" w:space="0" w:color="777777"/>
          <w:insideV w:val="single" w:sz="6" w:space="0" w:color="777777"/>
        </w:tblBorders>
        <w:tblLook w:val="04A0" w:firstRow="1" w:lastRow="0" w:firstColumn="1" w:lastColumn="0" w:noHBand="0" w:noVBand="1"/>
      </w:tblPr>
      <w:tblGrid>
        <w:gridCol w:w="7344"/>
        <w:gridCol w:w="2880"/>
      </w:tblGrid>
      <w:tr w:rsidR="00F96A07" w14:paraId="49C52AF5" w14:textId="77777777">
        <w:trPr>
          <w:jc w:val="center"/>
        </w:trPr>
        <w:tc>
          <w:tcPr>
            <w:tcW w:w="7344" w:type="dxa"/>
            <w:vAlign w:val="center"/>
          </w:tcPr>
          <w:p w14:paraId="39EC1C38" w14:textId="77777777" w:rsidR="00F96A07" w:rsidRDefault="00000000">
            <w:pPr>
              <w:spacing w:after="0"/>
            </w:pPr>
            <w:r>
              <w:rPr>
                <w:sz w:val="17"/>
              </w:rPr>
              <w:t>Do you currently hold a valid Enhanced DBS certificate?</w:t>
            </w:r>
          </w:p>
        </w:tc>
        <w:tc>
          <w:tcPr>
            <w:tcW w:w="2880" w:type="dxa"/>
            <w:vAlign w:val="center"/>
          </w:tcPr>
          <w:p w14:paraId="320375A6" w14:textId="77777777" w:rsidR="00F96A07" w:rsidRDefault="00000000">
            <w:pPr>
              <w:spacing w:after="0"/>
            </w:pPr>
            <w:r>
              <w:rPr>
                <w:sz w:val="17"/>
              </w:rPr>
              <w:t>☐ Yes   ☐ No</w:t>
            </w:r>
          </w:p>
        </w:tc>
      </w:tr>
      <w:tr w:rsidR="00F96A07" w14:paraId="10579F87" w14:textId="77777777">
        <w:trPr>
          <w:jc w:val="center"/>
        </w:trPr>
        <w:tc>
          <w:tcPr>
            <w:tcW w:w="7344" w:type="dxa"/>
            <w:vAlign w:val="center"/>
          </w:tcPr>
          <w:p w14:paraId="2C0DE80D" w14:textId="77777777" w:rsidR="00F96A07" w:rsidRDefault="00000000">
            <w:pPr>
              <w:spacing w:after="0"/>
            </w:pPr>
            <w:r>
              <w:rPr>
                <w:sz w:val="17"/>
              </w:rPr>
              <w:t>If yes, please provide the certificate/reference details and date of issue (where appropriate):</w:t>
            </w:r>
          </w:p>
        </w:tc>
        <w:tc>
          <w:tcPr>
            <w:tcW w:w="2880" w:type="dxa"/>
            <w:vAlign w:val="center"/>
          </w:tcPr>
          <w:p w14:paraId="2C8BF58B" w14:textId="77777777" w:rsidR="00F96A07" w:rsidRDefault="00F96A07">
            <w:pPr>
              <w:spacing w:after="0"/>
            </w:pPr>
          </w:p>
        </w:tc>
      </w:tr>
      <w:tr w:rsidR="00F96A07" w14:paraId="7CDABD7E" w14:textId="77777777">
        <w:trPr>
          <w:jc w:val="center"/>
        </w:trPr>
        <w:tc>
          <w:tcPr>
            <w:tcW w:w="7344" w:type="dxa"/>
            <w:vAlign w:val="center"/>
          </w:tcPr>
          <w:p w14:paraId="0C8FC335" w14:textId="77777777" w:rsidR="00F96A07" w:rsidRDefault="00000000">
            <w:pPr>
              <w:spacing w:after="0"/>
            </w:pPr>
            <w:r>
              <w:rPr>
                <w:sz w:val="17"/>
              </w:rPr>
              <w:t>Are you willing to undertake an Enhanced DBS check if required?</w:t>
            </w:r>
          </w:p>
        </w:tc>
        <w:tc>
          <w:tcPr>
            <w:tcW w:w="2880" w:type="dxa"/>
            <w:vAlign w:val="center"/>
          </w:tcPr>
          <w:p w14:paraId="02406E79" w14:textId="77777777" w:rsidR="00F96A07" w:rsidRDefault="00000000">
            <w:pPr>
              <w:spacing w:after="0"/>
            </w:pPr>
            <w:r>
              <w:rPr>
                <w:sz w:val="17"/>
              </w:rPr>
              <w:t>☐ Yes   ☐ No</w:t>
            </w:r>
          </w:p>
        </w:tc>
      </w:tr>
    </w:tbl>
    <w:p w14:paraId="38347371" w14:textId="77777777" w:rsidR="00702764" w:rsidRDefault="00702764">
      <w:pPr>
        <w:rPr>
          <w:b/>
        </w:rPr>
      </w:pPr>
    </w:p>
    <w:p w14:paraId="6EA48B0D" w14:textId="3321F157" w:rsidR="00F96A07" w:rsidRDefault="00000000">
      <w:r>
        <w:rPr>
          <w:b/>
        </w:rPr>
        <w:lastRenderedPageBreak/>
        <w:t>Rehabilitation of Offenders / safeguarding declarations</w:t>
      </w:r>
      <w:r>
        <w:br/>
        <w:t>Please answer the following questions fully and accurately. Any information provided will be treated confidentially and considered only where relevant to the post.</w:t>
      </w:r>
    </w:p>
    <w:tbl>
      <w:tblPr>
        <w:tblW w:w="0" w:type="auto"/>
        <w:jc w:val="center"/>
        <w:tblBorders>
          <w:top w:val="single" w:sz="6" w:space="0" w:color="777777"/>
          <w:left w:val="single" w:sz="6" w:space="0" w:color="777777"/>
          <w:bottom w:val="single" w:sz="6" w:space="0" w:color="777777"/>
          <w:right w:val="single" w:sz="6" w:space="0" w:color="777777"/>
          <w:insideH w:val="single" w:sz="6" w:space="0" w:color="777777"/>
          <w:insideV w:val="single" w:sz="6" w:space="0" w:color="777777"/>
        </w:tblBorders>
        <w:tblLook w:val="04A0" w:firstRow="1" w:lastRow="0" w:firstColumn="1" w:lastColumn="0" w:noHBand="0" w:noVBand="1"/>
      </w:tblPr>
      <w:tblGrid>
        <w:gridCol w:w="8352"/>
        <w:gridCol w:w="1872"/>
      </w:tblGrid>
      <w:tr w:rsidR="00F96A07" w14:paraId="000BD8E3" w14:textId="77777777">
        <w:trPr>
          <w:jc w:val="center"/>
        </w:trPr>
        <w:tc>
          <w:tcPr>
            <w:tcW w:w="8352" w:type="dxa"/>
            <w:vAlign w:val="center"/>
          </w:tcPr>
          <w:p w14:paraId="39776171" w14:textId="77777777" w:rsidR="00F96A07" w:rsidRDefault="00000000">
            <w:pPr>
              <w:spacing w:after="0"/>
            </w:pPr>
            <w:r>
              <w:rPr>
                <w:sz w:val="17"/>
              </w:rPr>
              <w:t>Have you at any time been convicted of any criminal offence? If yes, please give details, including nature and date(s) of offence(s).</w:t>
            </w:r>
          </w:p>
        </w:tc>
        <w:tc>
          <w:tcPr>
            <w:tcW w:w="1872" w:type="dxa"/>
            <w:vAlign w:val="center"/>
          </w:tcPr>
          <w:p w14:paraId="33E1FF4C" w14:textId="77777777" w:rsidR="00F96A07" w:rsidRDefault="00000000">
            <w:pPr>
              <w:spacing w:after="0"/>
            </w:pPr>
            <w:r>
              <w:rPr>
                <w:sz w:val="17"/>
              </w:rPr>
              <w:t>☐ Yes   ☐ No</w:t>
            </w:r>
          </w:p>
        </w:tc>
      </w:tr>
      <w:tr w:rsidR="00F96A07" w14:paraId="336FDF01" w14:textId="77777777">
        <w:trPr>
          <w:jc w:val="center"/>
        </w:trPr>
        <w:tc>
          <w:tcPr>
            <w:tcW w:w="8352" w:type="dxa"/>
            <w:vAlign w:val="center"/>
          </w:tcPr>
          <w:p w14:paraId="618C1A82" w14:textId="77777777" w:rsidR="00F96A07" w:rsidRDefault="00000000">
            <w:pPr>
              <w:spacing w:after="0"/>
            </w:pPr>
            <w:r>
              <w:rPr>
                <w:sz w:val="17"/>
              </w:rPr>
              <w:t>Have you ever had a child removed from your care, been placed under supervision by a Local Authority, or been disqualified from registration under Schedule 9 of the Children Act? If yes, please give details.</w:t>
            </w:r>
          </w:p>
        </w:tc>
        <w:tc>
          <w:tcPr>
            <w:tcW w:w="1872" w:type="dxa"/>
            <w:vAlign w:val="center"/>
          </w:tcPr>
          <w:p w14:paraId="56E1E736" w14:textId="77777777" w:rsidR="00F96A07" w:rsidRDefault="00000000">
            <w:pPr>
              <w:spacing w:after="0"/>
            </w:pPr>
            <w:r>
              <w:rPr>
                <w:sz w:val="17"/>
              </w:rPr>
              <w:t>☐ Yes   ☐ No</w:t>
            </w:r>
          </w:p>
        </w:tc>
      </w:tr>
      <w:tr w:rsidR="00F96A07" w14:paraId="5C2998C7" w14:textId="77777777">
        <w:trPr>
          <w:jc w:val="center"/>
        </w:trPr>
        <w:tc>
          <w:tcPr>
            <w:tcW w:w="8352" w:type="dxa"/>
            <w:vAlign w:val="center"/>
          </w:tcPr>
          <w:p w14:paraId="65CB01C7" w14:textId="77777777" w:rsidR="00F96A07" w:rsidRDefault="00000000">
            <w:pPr>
              <w:spacing w:after="0"/>
            </w:pPr>
            <w:r>
              <w:rPr>
                <w:sz w:val="17"/>
              </w:rPr>
              <w:t>Do you have any criminal charges or summonses pending against you? If yes, please give details.</w:t>
            </w:r>
          </w:p>
        </w:tc>
        <w:tc>
          <w:tcPr>
            <w:tcW w:w="1872" w:type="dxa"/>
            <w:vAlign w:val="center"/>
          </w:tcPr>
          <w:p w14:paraId="38101605" w14:textId="77777777" w:rsidR="00F96A07" w:rsidRDefault="00000000">
            <w:pPr>
              <w:spacing w:after="0"/>
            </w:pPr>
            <w:r>
              <w:rPr>
                <w:sz w:val="17"/>
              </w:rPr>
              <w:t>☐ Yes   ☐ No</w:t>
            </w:r>
          </w:p>
        </w:tc>
      </w:tr>
    </w:tbl>
    <w:p w14:paraId="42D6F7C3" w14:textId="6049D73C" w:rsidR="00F96A07" w:rsidRDefault="00E61484">
      <w:pPr>
        <w:pStyle w:val="Heading1"/>
        <w:spacing w:before="160" w:after="80"/>
      </w:pPr>
      <w:r>
        <w:t>8. DISABILITY &amp; REASONABLE ADJUSTMENTS</w:t>
      </w:r>
    </w:p>
    <w:p w14:paraId="4BEBDC24" w14:textId="77777777" w:rsidR="00F96A07" w:rsidRDefault="00000000">
      <w:r>
        <w:t>If you have a disability or long-term condition and would like to request reasonable adjustments for the recruitment or interview process, please provide details below.</w:t>
      </w:r>
    </w:p>
    <w:tbl>
      <w:tblPr>
        <w:tblW w:w="0" w:type="auto"/>
        <w:jc w:val="center"/>
        <w:tblBorders>
          <w:top w:val="single" w:sz="6" w:space="0" w:color="777777"/>
          <w:left w:val="single" w:sz="6" w:space="0" w:color="777777"/>
          <w:bottom w:val="single" w:sz="6" w:space="0" w:color="777777"/>
          <w:right w:val="single" w:sz="6" w:space="0" w:color="777777"/>
          <w:insideH w:val="single" w:sz="6" w:space="0" w:color="777777"/>
          <w:insideV w:val="single" w:sz="6" w:space="0" w:color="777777"/>
        </w:tblBorders>
        <w:tblLook w:val="04A0" w:firstRow="1" w:lastRow="0" w:firstColumn="1" w:lastColumn="0" w:noHBand="0" w:noVBand="1"/>
      </w:tblPr>
      <w:tblGrid>
        <w:gridCol w:w="7344"/>
        <w:gridCol w:w="2880"/>
      </w:tblGrid>
      <w:tr w:rsidR="00F96A07" w14:paraId="356AA722" w14:textId="77777777">
        <w:trPr>
          <w:jc w:val="center"/>
        </w:trPr>
        <w:tc>
          <w:tcPr>
            <w:tcW w:w="7344" w:type="dxa"/>
            <w:vAlign w:val="center"/>
          </w:tcPr>
          <w:p w14:paraId="326924ED" w14:textId="77777777" w:rsidR="00F96A07" w:rsidRDefault="00000000">
            <w:pPr>
              <w:spacing w:after="0"/>
            </w:pPr>
            <w:r>
              <w:rPr>
                <w:sz w:val="17"/>
              </w:rPr>
              <w:t>Do you wish to request any reasonable adjustments?</w:t>
            </w:r>
          </w:p>
        </w:tc>
        <w:tc>
          <w:tcPr>
            <w:tcW w:w="2880" w:type="dxa"/>
            <w:vAlign w:val="center"/>
          </w:tcPr>
          <w:p w14:paraId="06BA5565" w14:textId="77777777" w:rsidR="00F96A07" w:rsidRDefault="00000000">
            <w:pPr>
              <w:spacing w:after="0"/>
            </w:pPr>
            <w:r>
              <w:rPr>
                <w:sz w:val="17"/>
              </w:rPr>
              <w:t>☐ Yes   ☐ No</w:t>
            </w:r>
          </w:p>
        </w:tc>
      </w:tr>
      <w:tr w:rsidR="00F96A07" w14:paraId="7B025C0B" w14:textId="77777777">
        <w:trPr>
          <w:jc w:val="center"/>
        </w:trPr>
        <w:tc>
          <w:tcPr>
            <w:tcW w:w="7344" w:type="dxa"/>
            <w:vAlign w:val="center"/>
          </w:tcPr>
          <w:p w14:paraId="579A99F8" w14:textId="77777777" w:rsidR="00F96A07" w:rsidRDefault="00000000">
            <w:pPr>
              <w:spacing w:after="0"/>
            </w:pPr>
            <w:r>
              <w:rPr>
                <w:sz w:val="17"/>
              </w:rPr>
              <w:t>If yes, please describe any equipment, adaptations or other support that may be needed:</w:t>
            </w:r>
          </w:p>
        </w:tc>
        <w:tc>
          <w:tcPr>
            <w:tcW w:w="2880" w:type="dxa"/>
            <w:vAlign w:val="center"/>
          </w:tcPr>
          <w:p w14:paraId="61119808" w14:textId="77777777" w:rsidR="00F96A07" w:rsidRDefault="00F96A07">
            <w:pPr>
              <w:spacing w:after="0"/>
            </w:pPr>
          </w:p>
        </w:tc>
      </w:tr>
    </w:tbl>
    <w:p w14:paraId="24921CD7" w14:textId="435525D7" w:rsidR="00F96A07" w:rsidRDefault="00E61484">
      <w:pPr>
        <w:pStyle w:val="Heading1"/>
        <w:spacing w:before="160" w:after="80"/>
      </w:pPr>
      <w:r>
        <w:t>9. REFERENCES &amp; DUE DILIGENCE</w:t>
      </w:r>
    </w:p>
    <w:p w14:paraId="14692DEA" w14:textId="2E5E4C28" w:rsidR="00F96A07" w:rsidRDefault="00000000">
      <w:r>
        <w:t xml:space="preserve">Please give the names and contact details of your two most recent employers (where applicable). </w:t>
      </w:r>
      <w:r w:rsidR="00702764">
        <w:t xml:space="preserve">SWHC </w:t>
      </w:r>
      <w:r>
        <w:t>reserves the right to contact other previous employers where appropriate and to undertake appropriate pre-employment due diligence.</w:t>
      </w:r>
    </w:p>
    <w:tbl>
      <w:tblPr>
        <w:tblW w:w="0" w:type="auto"/>
        <w:jc w:val="center"/>
        <w:tblBorders>
          <w:top w:val="single" w:sz="6" w:space="0" w:color="777777"/>
          <w:left w:val="single" w:sz="6" w:space="0" w:color="777777"/>
          <w:bottom w:val="single" w:sz="6" w:space="0" w:color="777777"/>
          <w:right w:val="single" w:sz="6" w:space="0" w:color="777777"/>
          <w:insideH w:val="single" w:sz="6" w:space="0" w:color="777777"/>
          <w:insideV w:val="single" w:sz="6" w:space="0" w:color="777777"/>
        </w:tblBorders>
        <w:tblLook w:val="04A0" w:firstRow="1" w:lastRow="0" w:firstColumn="1" w:lastColumn="0" w:noHBand="0" w:noVBand="1"/>
      </w:tblPr>
      <w:tblGrid>
        <w:gridCol w:w="5040"/>
        <w:gridCol w:w="5040"/>
      </w:tblGrid>
      <w:tr w:rsidR="00F96A07" w14:paraId="194B75F0" w14:textId="77777777">
        <w:trPr>
          <w:jc w:val="center"/>
        </w:trPr>
        <w:tc>
          <w:tcPr>
            <w:tcW w:w="5040" w:type="dxa"/>
            <w:shd w:val="clear" w:color="auto" w:fill="D9D9D9"/>
            <w:vAlign w:val="center"/>
          </w:tcPr>
          <w:p w14:paraId="22131A44" w14:textId="77777777" w:rsidR="00F96A07" w:rsidRDefault="00000000">
            <w:pPr>
              <w:spacing w:after="0"/>
            </w:pPr>
            <w:r>
              <w:rPr>
                <w:b/>
                <w:sz w:val="17"/>
              </w:rPr>
              <w:t>REFERENCE 1 – Employment / Character</w:t>
            </w:r>
          </w:p>
        </w:tc>
        <w:tc>
          <w:tcPr>
            <w:tcW w:w="5040" w:type="dxa"/>
            <w:shd w:val="clear" w:color="auto" w:fill="D9D9D9"/>
            <w:vAlign w:val="center"/>
          </w:tcPr>
          <w:p w14:paraId="51E35547" w14:textId="77777777" w:rsidR="00F96A07" w:rsidRDefault="00000000">
            <w:pPr>
              <w:spacing w:after="0"/>
            </w:pPr>
            <w:r>
              <w:rPr>
                <w:b/>
                <w:sz w:val="17"/>
              </w:rPr>
              <w:t>REFERENCE 2 – Employment / Character</w:t>
            </w:r>
          </w:p>
        </w:tc>
      </w:tr>
      <w:tr w:rsidR="00F96A07" w14:paraId="4FD013D3" w14:textId="77777777">
        <w:trPr>
          <w:jc w:val="center"/>
        </w:trPr>
        <w:tc>
          <w:tcPr>
            <w:tcW w:w="5040" w:type="dxa"/>
            <w:vAlign w:val="center"/>
          </w:tcPr>
          <w:p w14:paraId="7EF8364D" w14:textId="77777777" w:rsidR="00F96A07" w:rsidRDefault="00000000">
            <w:pPr>
              <w:spacing w:after="0"/>
            </w:pPr>
            <w:r>
              <w:rPr>
                <w:sz w:val="17"/>
              </w:rPr>
              <w:t>Name:</w:t>
            </w:r>
            <w:r>
              <w:rPr>
                <w:sz w:val="17"/>
              </w:rPr>
              <w:br/>
              <w:t>Job title:</w:t>
            </w:r>
            <w:r>
              <w:rPr>
                <w:sz w:val="17"/>
              </w:rPr>
              <w:br/>
            </w:r>
            <w:proofErr w:type="spellStart"/>
            <w:r>
              <w:rPr>
                <w:sz w:val="17"/>
              </w:rPr>
              <w:t>Organisation</w:t>
            </w:r>
            <w:proofErr w:type="spellEnd"/>
            <w:r>
              <w:rPr>
                <w:sz w:val="17"/>
              </w:rPr>
              <w:t>:</w:t>
            </w:r>
            <w:r>
              <w:rPr>
                <w:sz w:val="17"/>
              </w:rPr>
              <w:br/>
              <w:t>Address:</w:t>
            </w:r>
            <w:r>
              <w:rPr>
                <w:sz w:val="17"/>
              </w:rPr>
              <w:br/>
              <w:t>Post code:</w:t>
            </w:r>
            <w:r>
              <w:rPr>
                <w:sz w:val="17"/>
              </w:rPr>
              <w:br/>
              <w:t>Email:</w:t>
            </w:r>
            <w:r>
              <w:rPr>
                <w:sz w:val="17"/>
              </w:rPr>
              <w:br/>
              <w:t>Telephone:</w:t>
            </w:r>
            <w:r>
              <w:rPr>
                <w:sz w:val="17"/>
              </w:rPr>
              <w:br/>
              <w:t>Capacity in which this person knows you:</w:t>
            </w:r>
            <w:r>
              <w:rPr>
                <w:sz w:val="17"/>
              </w:rPr>
              <w:br/>
              <w:t xml:space="preserve">May we contact this referee before interview?  ☐ </w:t>
            </w:r>
            <w:proofErr w:type="gramStart"/>
            <w:r>
              <w:rPr>
                <w:sz w:val="17"/>
              </w:rPr>
              <w:t>Yes  ☐</w:t>
            </w:r>
            <w:proofErr w:type="gramEnd"/>
            <w:r>
              <w:rPr>
                <w:sz w:val="17"/>
              </w:rPr>
              <w:t xml:space="preserve"> No</w:t>
            </w:r>
          </w:p>
        </w:tc>
        <w:tc>
          <w:tcPr>
            <w:tcW w:w="5040" w:type="dxa"/>
            <w:vAlign w:val="center"/>
          </w:tcPr>
          <w:p w14:paraId="13481812" w14:textId="77777777" w:rsidR="00F96A07" w:rsidRDefault="00000000">
            <w:pPr>
              <w:spacing w:after="0"/>
            </w:pPr>
            <w:r>
              <w:rPr>
                <w:sz w:val="17"/>
              </w:rPr>
              <w:t>Name:</w:t>
            </w:r>
            <w:r>
              <w:rPr>
                <w:sz w:val="17"/>
              </w:rPr>
              <w:br/>
              <w:t>Job title:</w:t>
            </w:r>
            <w:r>
              <w:rPr>
                <w:sz w:val="17"/>
              </w:rPr>
              <w:br/>
            </w:r>
            <w:proofErr w:type="spellStart"/>
            <w:r>
              <w:rPr>
                <w:sz w:val="17"/>
              </w:rPr>
              <w:t>Organisation</w:t>
            </w:r>
            <w:proofErr w:type="spellEnd"/>
            <w:r>
              <w:rPr>
                <w:sz w:val="17"/>
              </w:rPr>
              <w:t>:</w:t>
            </w:r>
            <w:r>
              <w:rPr>
                <w:sz w:val="17"/>
              </w:rPr>
              <w:br/>
              <w:t>Address:</w:t>
            </w:r>
            <w:r>
              <w:rPr>
                <w:sz w:val="17"/>
              </w:rPr>
              <w:br/>
              <w:t>Post code:</w:t>
            </w:r>
            <w:r>
              <w:rPr>
                <w:sz w:val="17"/>
              </w:rPr>
              <w:br/>
              <w:t>Email:</w:t>
            </w:r>
            <w:r>
              <w:rPr>
                <w:sz w:val="17"/>
              </w:rPr>
              <w:br/>
              <w:t>Telephone:</w:t>
            </w:r>
            <w:r>
              <w:rPr>
                <w:sz w:val="17"/>
              </w:rPr>
              <w:br/>
              <w:t>Capacity in which this person knows you:</w:t>
            </w:r>
            <w:r>
              <w:rPr>
                <w:sz w:val="17"/>
              </w:rPr>
              <w:br/>
              <w:t xml:space="preserve">May we contact this referee before interview?  ☐ </w:t>
            </w:r>
            <w:proofErr w:type="gramStart"/>
            <w:r>
              <w:rPr>
                <w:sz w:val="17"/>
              </w:rPr>
              <w:t>Yes  ☐</w:t>
            </w:r>
            <w:proofErr w:type="gramEnd"/>
            <w:r>
              <w:rPr>
                <w:sz w:val="17"/>
              </w:rPr>
              <w:t xml:space="preserve"> No</w:t>
            </w:r>
          </w:p>
        </w:tc>
      </w:tr>
    </w:tbl>
    <w:p w14:paraId="0E8CCBD1" w14:textId="77777777" w:rsidR="00E61484" w:rsidRDefault="00E61484" w:rsidP="00E61484">
      <w:pPr>
        <w:pStyle w:val="Heading1"/>
        <w:spacing w:before="160" w:after="80"/>
      </w:pPr>
    </w:p>
    <w:p w14:paraId="26D72BB6" w14:textId="248B496E" w:rsidR="00E61484" w:rsidRDefault="00E61484" w:rsidP="00E61484">
      <w:pPr>
        <w:pStyle w:val="Heading1"/>
        <w:spacing w:before="160" w:after="80"/>
      </w:pPr>
      <w:r>
        <w:t>10. INTERVIEW AVAILABILITY</w:t>
      </w:r>
    </w:p>
    <w:tbl>
      <w:tblPr>
        <w:tblW w:w="0" w:type="auto"/>
        <w:jc w:val="center"/>
        <w:tblBorders>
          <w:top w:val="single" w:sz="6" w:space="0" w:color="777777"/>
          <w:left w:val="single" w:sz="6" w:space="0" w:color="777777"/>
          <w:bottom w:val="single" w:sz="6" w:space="0" w:color="777777"/>
          <w:right w:val="single" w:sz="6" w:space="0" w:color="777777"/>
          <w:insideH w:val="single" w:sz="6" w:space="0" w:color="777777"/>
          <w:insideV w:val="single" w:sz="6" w:space="0" w:color="777777"/>
        </w:tblBorders>
        <w:tblLook w:val="04A0" w:firstRow="1" w:lastRow="0" w:firstColumn="1" w:lastColumn="0" w:noHBand="0" w:noVBand="1"/>
      </w:tblPr>
      <w:tblGrid>
        <w:gridCol w:w="10352"/>
      </w:tblGrid>
      <w:tr w:rsidR="00E61484" w14:paraId="599BEADE" w14:textId="77777777" w:rsidTr="00B82DF4">
        <w:trPr>
          <w:jc w:val="center"/>
        </w:trPr>
        <w:tc>
          <w:tcPr>
            <w:tcW w:w="10368" w:type="dxa"/>
            <w:shd w:val="clear" w:color="auto" w:fill="E7E7E7"/>
            <w:vAlign w:val="center"/>
          </w:tcPr>
          <w:p w14:paraId="27B4AEA0" w14:textId="77777777" w:rsidR="00E61484" w:rsidRDefault="00E61484" w:rsidP="00B82DF4">
            <w:pPr>
              <w:spacing w:after="0"/>
            </w:pPr>
            <w:r>
              <w:rPr>
                <w:b/>
              </w:rPr>
              <w:t>Please indicate any dates on which you would be unable to attend an interview:</w:t>
            </w:r>
          </w:p>
        </w:tc>
      </w:tr>
    </w:tbl>
    <w:p w14:paraId="4D8E3012" w14:textId="77777777" w:rsidR="00E61484" w:rsidRDefault="00E61484" w:rsidP="00E61484">
      <w:pPr>
        <w:spacing w:after="40"/>
      </w:pPr>
    </w:p>
    <w:p w14:paraId="62D7122E" w14:textId="77777777" w:rsidR="00E61484" w:rsidRDefault="00E61484" w:rsidP="00E61484">
      <w:pPr>
        <w:spacing w:after="40"/>
      </w:pPr>
      <w:r>
        <w:t>___________________________________________________________________________________________________</w:t>
      </w:r>
    </w:p>
    <w:p w14:paraId="6FE16146" w14:textId="77777777" w:rsidR="00E61484" w:rsidRDefault="00E61484" w:rsidP="00E61484">
      <w:pPr>
        <w:spacing w:after="40"/>
      </w:pPr>
      <w:r>
        <w:t>_______________________________________________________________________________________________________</w:t>
      </w:r>
    </w:p>
    <w:p w14:paraId="345DB038" w14:textId="77777777" w:rsidR="00E61484" w:rsidRDefault="00E61484" w:rsidP="00E61484">
      <w:pPr>
        <w:pStyle w:val="Heading1"/>
        <w:spacing w:before="160" w:after="80"/>
      </w:pPr>
      <w:r>
        <w:t>11. DECLARATION OF APPLICANT</w:t>
      </w:r>
    </w:p>
    <w:p w14:paraId="093E1C81" w14:textId="2C47CCFC" w:rsidR="00E61484" w:rsidRDefault="00E61484" w:rsidP="00E61484">
      <w:r>
        <w:t xml:space="preserve">I certify that the answers given on this </w:t>
      </w:r>
      <w:r w:rsidR="00BB0489">
        <w:t>a</w:t>
      </w:r>
      <w:r>
        <w:t xml:space="preserve">pplication </w:t>
      </w:r>
      <w:r w:rsidR="00BB0489">
        <w:t>f</w:t>
      </w:r>
      <w:r>
        <w:t>orm are true and complete to the best of my knowledge. I understand that any material misstatement or omission may affect my application or appointment.</w:t>
      </w:r>
    </w:p>
    <w:tbl>
      <w:tblPr>
        <w:tblW w:w="0" w:type="auto"/>
        <w:jc w:val="center"/>
        <w:tblBorders>
          <w:top w:val="single" w:sz="6" w:space="0" w:color="777777"/>
          <w:left w:val="single" w:sz="6" w:space="0" w:color="777777"/>
          <w:bottom w:val="single" w:sz="6" w:space="0" w:color="777777"/>
          <w:right w:val="single" w:sz="6" w:space="0" w:color="777777"/>
          <w:insideH w:val="single" w:sz="6" w:space="0" w:color="777777"/>
          <w:insideV w:val="single" w:sz="6" w:space="0" w:color="777777"/>
        </w:tblBorders>
        <w:tblLook w:val="04A0" w:firstRow="1" w:lastRow="0" w:firstColumn="1" w:lastColumn="0" w:noHBand="0" w:noVBand="1"/>
      </w:tblPr>
      <w:tblGrid>
        <w:gridCol w:w="1584"/>
        <w:gridCol w:w="3456"/>
        <w:gridCol w:w="1008"/>
        <w:gridCol w:w="3725"/>
      </w:tblGrid>
      <w:tr w:rsidR="00E61484" w14:paraId="2A838C99" w14:textId="77777777" w:rsidTr="00B82DF4">
        <w:trPr>
          <w:jc w:val="center"/>
        </w:trPr>
        <w:tc>
          <w:tcPr>
            <w:tcW w:w="1584" w:type="dxa"/>
            <w:vAlign w:val="center"/>
          </w:tcPr>
          <w:p w14:paraId="2ED83145" w14:textId="77777777" w:rsidR="00E61484" w:rsidRDefault="00E61484" w:rsidP="00B82DF4">
            <w:pPr>
              <w:spacing w:after="0"/>
            </w:pPr>
            <w:r>
              <w:rPr>
                <w:sz w:val="17"/>
              </w:rPr>
              <w:t>Signature:</w:t>
            </w:r>
          </w:p>
        </w:tc>
        <w:tc>
          <w:tcPr>
            <w:tcW w:w="3456" w:type="dxa"/>
            <w:vAlign w:val="center"/>
          </w:tcPr>
          <w:p w14:paraId="36E6E495" w14:textId="77777777" w:rsidR="00E61484" w:rsidRDefault="00E61484" w:rsidP="00B82DF4">
            <w:pPr>
              <w:spacing w:after="0"/>
            </w:pPr>
          </w:p>
        </w:tc>
        <w:tc>
          <w:tcPr>
            <w:tcW w:w="1008" w:type="dxa"/>
            <w:vAlign w:val="center"/>
          </w:tcPr>
          <w:p w14:paraId="52DBEAAA" w14:textId="77777777" w:rsidR="00E61484" w:rsidRDefault="00E61484" w:rsidP="00B82DF4">
            <w:pPr>
              <w:spacing w:after="0"/>
            </w:pPr>
            <w:r>
              <w:rPr>
                <w:sz w:val="17"/>
              </w:rPr>
              <w:t>Date:</w:t>
            </w:r>
          </w:p>
        </w:tc>
        <w:tc>
          <w:tcPr>
            <w:tcW w:w="3725" w:type="dxa"/>
            <w:vAlign w:val="center"/>
          </w:tcPr>
          <w:p w14:paraId="59C660FC" w14:textId="77777777" w:rsidR="00E61484" w:rsidRDefault="00E61484" w:rsidP="00B82DF4">
            <w:pPr>
              <w:spacing w:after="0"/>
            </w:pPr>
          </w:p>
        </w:tc>
      </w:tr>
    </w:tbl>
    <w:p w14:paraId="13B59663" w14:textId="77777777" w:rsidR="00E61484" w:rsidRDefault="00E61484" w:rsidP="00E61484">
      <w:pPr>
        <w:rPr>
          <w:b/>
        </w:rPr>
      </w:pPr>
    </w:p>
    <w:p w14:paraId="38570E69" w14:textId="77777777" w:rsidR="00E61484" w:rsidRDefault="00E61484" w:rsidP="00E61484">
      <w:r>
        <w:rPr>
          <w:b/>
        </w:rPr>
        <w:t>Please return the completed form together with your CV and any supporting documentation requested.</w:t>
      </w:r>
    </w:p>
    <w:p w14:paraId="7ED09FB1" w14:textId="77777777" w:rsidR="00E61484" w:rsidRDefault="00E61484" w:rsidP="00E61484">
      <w:r>
        <w:rPr>
          <w:b/>
        </w:rPr>
        <w:t xml:space="preserve">Data protection: </w:t>
      </w:r>
      <w:r>
        <w:t>Information provided in this application will be processed for recruitment, safeguarding, right-to-work and related pre-employment purposes in accordance with SWHC’s applicable privacy and data-protection requirements.</w:t>
      </w:r>
    </w:p>
    <w:p w14:paraId="7C9562B6" w14:textId="4A73D602" w:rsidR="00F96A07" w:rsidRDefault="00F96A07"/>
    <w:sectPr w:rsidR="00F96A07" w:rsidSect="00034616"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71BA29" w14:textId="77777777" w:rsidR="00C95E66" w:rsidRDefault="00C95E66">
      <w:pPr>
        <w:spacing w:after="0" w:line="240" w:lineRule="auto"/>
      </w:pPr>
      <w:r>
        <w:separator/>
      </w:r>
    </w:p>
  </w:endnote>
  <w:endnote w:type="continuationSeparator" w:id="0">
    <w:p w14:paraId="7257AE5B" w14:textId="77777777" w:rsidR="00C95E66" w:rsidRDefault="00C95E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0CED5" w14:textId="775620AD" w:rsidR="00F96A07" w:rsidRDefault="005C0292">
    <w:pPr>
      <w:pStyle w:val="Footer"/>
      <w:jc w:val="center"/>
    </w:pPr>
    <w:r>
      <w:t xml:space="preserve">SWHC – Rabbinic / Ministerial Application </w:t>
    </w:r>
    <w:proofErr w:type="gramStart"/>
    <w:r>
      <w:t>Form  |</w:t>
    </w:r>
    <w:proofErr w:type="gramEnd"/>
    <w:r>
      <w:t xml:space="preserve">  Page </w:t>
    </w: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601572" w14:textId="77777777" w:rsidR="00C95E66" w:rsidRDefault="00C95E66">
      <w:pPr>
        <w:spacing w:after="0" w:line="240" w:lineRule="auto"/>
      </w:pPr>
      <w:r>
        <w:separator/>
      </w:r>
    </w:p>
  </w:footnote>
  <w:footnote w:type="continuationSeparator" w:id="0">
    <w:p w14:paraId="578FB1B4" w14:textId="77777777" w:rsidR="00C95E66" w:rsidRDefault="00C95E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88868726">
    <w:abstractNumId w:val="8"/>
  </w:num>
  <w:num w:numId="2" w16cid:durableId="1815371576">
    <w:abstractNumId w:val="6"/>
  </w:num>
  <w:num w:numId="3" w16cid:durableId="1102726952">
    <w:abstractNumId w:val="5"/>
  </w:num>
  <w:num w:numId="4" w16cid:durableId="1988853684">
    <w:abstractNumId w:val="4"/>
  </w:num>
  <w:num w:numId="5" w16cid:durableId="2024043704">
    <w:abstractNumId w:val="7"/>
  </w:num>
  <w:num w:numId="6" w16cid:durableId="437527673">
    <w:abstractNumId w:val="3"/>
  </w:num>
  <w:num w:numId="7" w16cid:durableId="34814905">
    <w:abstractNumId w:val="2"/>
  </w:num>
  <w:num w:numId="8" w16cid:durableId="2033678677">
    <w:abstractNumId w:val="1"/>
  </w:num>
  <w:num w:numId="9" w16cid:durableId="7100397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C7CEF"/>
    <w:rsid w:val="00125DC7"/>
    <w:rsid w:val="0015074B"/>
    <w:rsid w:val="001D4678"/>
    <w:rsid w:val="0029639D"/>
    <w:rsid w:val="00326F90"/>
    <w:rsid w:val="00563FFF"/>
    <w:rsid w:val="005C0292"/>
    <w:rsid w:val="006E3656"/>
    <w:rsid w:val="00702764"/>
    <w:rsid w:val="00705AA4"/>
    <w:rsid w:val="00906BF9"/>
    <w:rsid w:val="00996E0B"/>
    <w:rsid w:val="00AA1D8D"/>
    <w:rsid w:val="00AB7E7B"/>
    <w:rsid w:val="00B47730"/>
    <w:rsid w:val="00BB0489"/>
    <w:rsid w:val="00C95E66"/>
    <w:rsid w:val="00CB0664"/>
    <w:rsid w:val="00D07E7D"/>
    <w:rsid w:val="00D129A3"/>
    <w:rsid w:val="00DF00BD"/>
    <w:rsid w:val="00E57D52"/>
    <w:rsid w:val="00E61484"/>
    <w:rsid w:val="00F96A0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8ED9E85"/>
  <w14:defaultImageDpi w14:val="300"/>
  <w15:docId w15:val="{F7C0EABB-2BAD-4C67-9A73-229263CBD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1821</Words>
  <Characters>10380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12177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Geoffrey Pepper</cp:lastModifiedBy>
  <cp:revision>2</cp:revision>
  <cp:lastPrinted>2026-09-10T10:06:00Z</cp:lastPrinted>
  <dcterms:created xsi:type="dcterms:W3CDTF">2026-09-15T09:40:00Z</dcterms:created>
  <dcterms:modified xsi:type="dcterms:W3CDTF">2026-09-15T09:40:00Z</dcterms:modified>
  <cp:category/>
</cp:coreProperties>
</file>